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9638"/>
      </w:tblGrid>
      <w:tr>
        <w:trPr>
          <w:cantSplit/>
          <w:trHeight w:val="907" w:hRule="atLeast"/>
        </w:trPr>
        <w:tc>
          <w:tcPr>
            <w:tcW w:type="dxa" w:w="9638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/>
                <w:color w:val="20252B"/>
                <w:sz w:val="38"/>
              </w:rPr>
              <w:t>[Dein Unternehmen]</w:t>
            </w:r>
          </w:p>
        </w:tc>
      </w:tr>
    </w:tbl>
    <w:p>
      <w:pPr>
        <w:spacing w:before="0" w:after="0" w:line="340" w:lineRule="exact"/>
      </w:pPr>
      <w:r>
        <w:rPr>
          <w:rFonts w:ascii="Arial" w:hAnsi="Arial"/>
          <w:b w:val="0"/>
          <w:color w:val="20252B"/>
          <w:sz w:val="2"/>
        </w:rPr>
      </w:r>
    </w:p>
    <w:p>
      <w:pPr>
        <w:widowControl/>
        <w:spacing w:before="0" w:after="227" w:line="175" w:lineRule="exact"/>
      </w:pPr>
      <w:r>
        <w:rPr>
          <w:rFonts w:ascii="Arial" w:hAnsi="Arial"/>
          <w:b w:val="0"/>
          <w:color w:val="505861"/>
          <w:sz w:val="14"/>
        </w:rPr>
        <w:t>[Dein Unternehmen] · [Straße und Hausnummer] · [PLZ und Ort]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6236"/>
        <w:gridCol w:w="3402"/>
      </w:tblGrid>
      <w:tr>
        <w:trPr>
          <w:cantSplit/>
        </w:trPr>
        <w:tc>
          <w:tcPr>
            <w:tcW w:type="dxa" w:w="6236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0" w:before="0" w:line="310" w:lineRule="exact"/>
            </w:pPr>
            <w:r>
              <w:rPr>
                <w:rFonts w:ascii="Arial" w:hAnsi="Arial"/>
                <w:b w:val="0"/>
                <w:color w:val="20252B"/>
                <w:sz w:val="20"/>
              </w:rPr>
              <w:t>[Kundenname / Unternehmen]</w:t>
              <w:br/>
              <w:t>[Ansprechperson]</w:t>
              <w:br/>
              <w:t>[Straße und Hausnummer]</w:t>
              <w:br/>
              <w:t>[PLZ und Ort]</w:t>
              <w:br/>
              <w:t>[EU-Staat]</w:t>
              <w:br/>
              <w:t>USt-IdNr. [USt-IdNr. des Kunden]</w:t>
            </w:r>
          </w:p>
        </w:tc>
        <w:tc>
          <w:tcPr>
            <w:tcW w:type="dxa" w:w="3402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Ind w:w="0" w:type="dxa"/>
              <w:tblW w:w="3402" w:type="dxa"/>
            </w:tblPr>
            <w:tblGrid>
              <w:gridCol w:w="1304"/>
              <w:gridCol w:w="2098"/>
            </w:tblGrid>
            <w:tr>
              <w:trPr>
                <w:cantSplit/>
              </w:trPr>
              <w:tc>
                <w:tcPr>
                  <w:tcW w:type="dxa" w:w="130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00" w:lineRule="exact"/>
                  </w:pPr>
                  <w:r>
                    <w:rPr>
                      <w:rFonts w:ascii="Arial" w:hAnsi="Arial"/>
                      <w:b w:val="0"/>
                      <w:color w:val="505861"/>
                      <w:sz w:val="16"/>
                    </w:rPr>
                    <w:t>Nummer</w:t>
                  </w:r>
                </w:p>
              </w:tc>
              <w:tc>
                <w:tcPr>
                  <w:tcW w:type="dxa" w:w="2098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25" w:lineRule="exact"/>
                  </w:pPr>
                  <w:r>
                    <w:rPr>
                      <w:rFonts w:ascii="Arial" w:hAnsi="Arial"/>
                      <w:b w:val="0"/>
                      <w:color w:val="20252B"/>
                      <w:sz w:val="18"/>
                    </w:rPr>
                    <w:t>[Deine Nummer]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00" w:lineRule="exact"/>
                  </w:pPr>
                  <w:r>
                    <w:rPr>
                      <w:rFonts w:ascii="Arial" w:hAnsi="Arial"/>
                      <w:b w:val="0"/>
                      <w:color w:val="505861"/>
                      <w:sz w:val="16"/>
                    </w:rPr>
                    <w:t>Datum</w:t>
                  </w:r>
                </w:p>
              </w:tc>
              <w:tc>
                <w:tcPr>
                  <w:tcW w:type="dxa" w:w="2098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25" w:lineRule="exact"/>
                  </w:pPr>
                  <w:r>
                    <w:rPr>
                      <w:rFonts w:ascii="Arial" w:hAnsi="Arial"/>
                      <w:b w:val="0"/>
                      <w:color w:val="20252B"/>
                      <w:sz w:val="18"/>
                    </w:rPr>
                    <w:t>[TT.MM.JJJJ]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00" w:lineRule="exact"/>
                  </w:pPr>
                  <w:r>
                    <w:rPr>
                      <w:rFonts w:ascii="Arial" w:hAnsi="Arial"/>
                      <w:b w:val="0"/>
                      <w:color w:val="505861"/>
                      <w:sz w:val="16"/>
                    </w:rPr>
                    <w:t>Kontakt</w:t>
                  </w:r>
                </w:p>
              </w:tc>
              <w:tc>
                <w:tcPr>
                  <w:tcW w:type="dxa" w:w="2098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25" w:lineRule="exact"/>
                  </w:pPr>
                  <w:r>
                    <w:rPr>
                      <w:rFonts w:ascii="Arial" w:hAnsi="Arial"/>
                      <w:b w:val="0"/>
                      <w:color w:val="20252B"/>
                      <w:sz w:val="18"/>
                    </w:rPr>
                    <w:t>[Dein Name]</w:t>
                  </w:r>
                </w:p>
              </w:tc>
            </w:tr>
          </w:tbl>
          <w:p/>
        </w:tc>
      </w:tr>
    </w:tbl>
    <w:p>
      <w:pPr>
        <w:spacing w:before="0" w:after="0" w:line="510" w:lineRule="exact"/>
      </w:pPr>
      <w:r>
        <w:rPr>
          <w:rFonts w:ascii="Arial" w:hAnsi="Arial"/>
          <w:b w:val="0"/>
          <w:color w:val="20252B"/>
          <w:sz w:val="2"/>
        </w:rPr>
      </w:r>
    </w:p>
    <w:p>
      <w:pPr>
        <w:pStyle w:val="Title"/>
        <w:widowControl/>
        <w:spacing w:before="0" w:after="170" w:line="560" w:lineRule="exact"/>
      </w:pPr>
      <w:r>
        <w:rPr>
          <w:rFonts w:ascii="Arial" w:hAnsi="Arial"/>
          <w:b/>
          <w:color w:val="20252B"/>
          <w:sz w:val="46"/>
        </w:rPr>
        <w:t>Rechnung</w:t>
      </w:r>
    </w:p>
    <w:p>
      <w:pPr>
        <w:widowControl/>
        <w:spacing w:before="0" w:after="397" w:line="310" w:lineRule="exact"/>
      </w:pPr>
      <w:r>
        <w:rPr>
          <w:rFonts w:ascii="Arial" w:hAnsi="Arial"/>
          <w:b w:val="0"/>
          <w:color w:val="505861"/>
          <w:sz w:val="20"/>
        </w:rPr>
        <w:t>[Projekt / Betreff]</w:t>
      </w:r>
    </w:p>
    <w:p>
      <w:pPr>
        <w:widowControl/>
        <w:spacing w:before="0" w:after="283" w:line="310" w:lineRule="exact"/>
      </w:pPr>
      <w:r>
        <w:rPr>
          <w:rFonts w:ascii="Arial" w:hAnsi="Arial"/>
          <w:b w:val="0"/>
          <w:color w:val="20252B"/>
          <w:sz w:val="20"/>
        </w:rPr>
        <w:t>Wir berechnen Ihnen die folgenden Dienstleistungen.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102" w:type="dxa"/>
        <w:tblW w:w="9638" w:type="dxa"/>
      </w:tblPr>
      <w:tblGrid>
        <w:gridCol w:w="624"/>
        <w:gridCol w:w="3685"/>
        <w:gridCol w:w="1417"/>
        <w:gridCol w:w="1871"/>
        <w:gridCol w:w="2041"/>
      </w:tblGrid>
      <w:tr>
        <w:trPr>
          <w:cantSplit/>
          <w:tblHeader/>
        </w:trPr>
        <w:tc>
          <w:tcPr>
            <w:tcW w:type="dxa" w:w="624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left"/>
            </w:pPr>
            <w:r>
              <w:rPr>
                <w:rFonts w:ascii="Arial" w:hAnsi="Arial"/>
                <w:b w:val="0"/>
                <w:color w:val="505861"/>
                <w:sz w:val="16"/>
              </w:rPr>
              <w:t>Pos.</w:t>
            </w:r>
          </w:p>
        </w:tc>
        <w:tc>
          <w:tcPr>
            <w:tcW w:type="dxa" w:w="3685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left"/>
            </w:pPr>
            <w:r>
              <w:rPr>
                <w:rFonts w:ascii="Arial" w:hAnsi="Arial"/>
                <w:b w:val="0"/>
                <w:color w:val="505861"/>
                <w:sz w:val="16"/>
              </w:rPr>
              <w:t>Dienstleistung</w:t>
            </w:r>
          </w:p>
        </w:tc>
        <w:tc>
          <w:tcPr>
            <w:tcW w:type="dxa" w:w="1417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Menge</w:t>
            </w:r>
          </w:p>
        </w:tc>
        <w:tc>
          <w:tcPr>
            <w:tcW w:type="dxa" w:w="187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Einzelpreis netto</w:t>
            </w:r>
          </w:p>
        </w:tc>
        <w:tc>
          <w:tcPr>
            <w:tcW w:type="dxa" w:w="204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Gesamt netto</w:t>
            </w:r>
          </w:p>
        </w:tc>
      </w:tr>
      <w:tr>
        <w:trPr/>
        <w:tc>
          <w:tcPr>
            <w:tcW w:type="dxa" w:w="624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keepLines w:val="0"/>
              <w:widowControl/>
              <w:spacing w:after="0" w:before="0" w:line="212" w:lineRule="exact"/>
            </w:pPr>
            <w:r>
              <w:rPr>
                <w:rFonts w:ascii="Arial" w:hAnsi="Arial"/>
                <w:b w:val="0"/>
                <w:color w:val="505861"/>
                <w:sz w:val="17"/>
              </w:rPr>
              <w:t>1</w:t>
            </w:r>
          </w:p>
        </w:tc>
        <w:tc>
          <w:tcPr>
            <w:tcW w:type="dxa" w:w="3685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keepLines w:val="0"/>
              <w:widowControl/>
              <w:spacing w:after="96" w:before="0" w:line="310" w:lineRule="exact"/>
            </w:pPr>
            <w:r>
              <w:rPr>
                <w:rFonts w:ascii="Arial" w:hAnsi="Arial"/>
                <w:b/>
                <w:color w:val="20252B"/>
                <w:sz w:val="20"/>
              </w:rPr>
              <w:t>[Dienstleistung]</w:t>
            </w:r>
          </w:p>
          <w:p>
            <w:pPr>
              <w:keepLines w:val="0"/>
              <w:widowControl/>
              <w:spacing w:before="0" w:after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[Konkrete Beschreibung und Umfang]</w:t>
            </w:r>
          </w:p>
        </w:tc>
        <w:tc>
          <w:tcPr>
            <w:tcW w:type="dxa" w:w="1417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keepLines w:val="0"/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[Menge]</w:t>
            </w:r>
          </w:p>
          <w:p>
            <w:pPr>
              <w:keepLines w:val="0"/>
              <w:widowControl/>
              <w:spacing w:before="0" w:after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[Einheit]</w:t>
            </w:r>
          </w:p>
        </w:tc>
        <w:tc>
          <w:tcPr>
            <w:tcW w:type="dxa" w:w="187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keepLines w:val="0"/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[Preis] €</w:t>
            </w:r>
          </w:p>
        </w:tc>
        <w:tc>
          <w:tcPr>
            <w:tcW w:type="dxa" w:w="204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keepLines w:val="0"/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[Betrag] €</w:t>
            </w:r>
          </w:p>
        </w:tc>
      </w:tr>
      <w:tr>
        <w:trPr/>
        <w:tc>
          <w:tcPr>
            <w:tcW w:type="dxa" w:w="624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keepLines w:val="0"/>
              <w:widowControl/>
              <w:spacing w:after="0" w:before="0" w:line="212" w:lineRule="exact"/>
            </w:pPr>
            <w:r>
              <w:rPr>
                <w:rFonts w:ascii="Arial" w:hAnsi="Arial"/>
                <w:b w:val="0"/>
                <w:color w:val="505861"/>
                <w:sz w:val="17"/>
              </w:rPr>
              <w:t>2</w:t>
            </w:r>
          </w:p>
        </w:tc>
        <w:tc>
          <w:tcPr>
            <w:tcW w:type="dxa" w:w="3685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keepLines w:val="0"/>
              <w:widowControl/>
              <w:spacing w:after="96" w:before="0" w:line="310" w:lineRule="exact"/>
            </w:pPr>
            <w:r>
              <w:rPr>
                <w:rFonts w:ascii="Arial" w:hAnsi="Arial"/>
                <w:b/>
                <w:color w:val="20252B"/>
                <w:sz w:val="20"/>
              </w:rPr>
              <w:t>[Weitere Dienstleistung]</w:t>
            </w:r>
          </w:p>
          <w:p>
            <w:pPr>
              <w:keepLines w:val="0"/>
              <w:widowControl/>
              <w:spacing w:before="0" w:after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[Bei Bedarf ausfüllen, sonst Zeile entfernen]</w:t>
            </w:r>
          </w:p>
        </w:tc>
        <w:tc>
          <w:tcPr>
            <w:tcW w:type="dxa" w:w="1417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keepLines w:val="0"/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[Menge]</w:t>
            </w:r>
          </w:p>
          <w:p>
            <w:pPr>
              <w:keepLines w:val="0"/>
              <w:widowControl/>
              <w:spacing w:before="0" w:after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[Einheit]</w:t>
            </w:r>
          </w:p>
        </w:tc>
        <w:tc>
          <w:tcPr>
            <w:tcW w:type="dxa" w:w="187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keepLines w:val="0"/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[Preis] €</w:t>
            </w:r>
          </w:p>
        </w:tc>
        <w:tc>
          <w:tcPr>
            <w:tcW w:type="dxa" w:w="204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keepLines w:val="0"/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[Betrag] €</w:t>
            </w:r>
          </w:p>
        </w:tc>
      </w:tr>
    </w:tbl>
    <w:p>
      <w:pPr>
        <w:spacing w:before="0" w:after="0" w:line="283" w:lineRule="exact"/>
      </w:pPr>
      <w:r>
        <w:rPr>
          <w:rFonts w:ascii="Arial" w:hAnsi="Arial"/>
          <w:b w:val="0"/>
          <w:color w:val="20252B"/>
          <w:sz w:val="2"/>
        </w:rPr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jc w:val="right"/>
        <w:tblInd w:w="142" w:type="dxa"/>
        <w:tblW w:w="4989" w:type="dxa"/>
      </w:tblPr>
      <w:tblGrid>
        <w:gridCol w:w="2891"/>
        <w:gridCol w:w="2098"/>
      </w:tblGrid>
      <w:tr>
        <w:trPr>
          <w:cantSplit/>
        </w:trPr>
        <w:tc>
          <w:tcPr>
            <w:tcW w:type="dxa" w:w="2891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</w:pPr>
            <w:r>
              <w:rPr>
                <w:rFonts w:ascii="Arial" w:hAnsi="Arial"/>
                <w:b w:val="0"/>
                <w:color w:val="20252B"/>
                <w:sz w:val="20"/>
              </w:rPr>
              <w:t>Summe netto</w:t>
            </w:r>
          </w:p>
        </w:tc>
        <w:tc>
          <w:tcPr>
            <w:tcW w:type="dxa" w:w="2098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[Betrag] €</w:t>
            </w:r>
          </w:p>
        </w:tc>
      </w:tr>
      <w:tr>
        <w:trPr>
          <w:cantSplit/>
        </w:trPr>
        <w:tc>
          <w:tcPr>
            <w:tcW w:type="dxa" w:w="2891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</w:pPr>
            <w:r>
              <w:rPr>
                <w:rFonts w:ascii="Arial" w:hAnsi="Arial"/>
                <w:b w:val="0"/>
                <w:color w:val="20252B"/>
                <w:sz w:val="20"/>
              </w:rPr>
              <w:t>Deutsche Umsatzsteuer</w:t>
            </w:r>
          </w:p>
        </w:tc>
        <w:tc>
          <w:tcPr>
            <w:tcW w:type="dxa" w:w="2098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kein Ausweis</w:t>
            </w:r>
          </w:p>
        </w:tc>
      </w:tr>
      <w:tr>
        <w:trPr>
          <w:cantSplit/>
        </w:trPr>
        <w:tc>
          <w:tcPr>
            <w:tcW w:type="dxa" w:w="2891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  <w:shd w:fill="F2F4F6" w:val="clear"/>
          </w:tcPr>
          <w:p>
            <w:pPr>
              <w:keepNext w:val="0"/>
              <w:widowControl/>
              <w:spacing w:after="0" w:before="0" w:line="310" w:lineRule="exact"/>
            </w:pPr>
            <w:r>
              <w:rPr>
                <w:rFonts w:ascii="Arial" w:hAnsi="Arial"/>
                <w:b/>
                <w:color w:val="20252B"/>
                <w:sz w:val="20"/>
              </w:rPr>
              <w:t>Gesamtbetrag</w:t>
            </w:r>
          </w:p>
        </w:tc>
        <w:tc>
          <w:tcPr>
            <w:tcW w:type="dxa" w:w="2098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  <w:shd w:fill="F2F4F6" w:val="clear"/>
          </w:tcPr>
          <w:p>
            <w:pPr>
              <w:keepNext w:val="0"/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/>
                <w:color w:val="20252B"/>
                <w:sz w:val="30"/>
              </w:rPr>
              <w:t>[Betrag] €</w:t>
            </w:r>
          </w:p>
        </w:tc>
      </w:tr>
    </w:tbl>
    <w:p>
      <w:pPr>
        <w:spacing w:before="160" w:after="100" w:line="340" w:lineRule="exact"/>
      </w:pPr>
      <w:r>
        <w:rPr>
          <w:rFonts w:ascii="Arial" w:hAnsi="Arial"/>
          <w:b w:val="0"/>
          <w:color w:val="20252B"/>
          <w:sz w:val="20"/>
        </w:rPr>
        <w:t>Steuerschuldnerschaft des Leistungsempfängers (Reverse Charge).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3005"/>
        <w:gridCol w:w="6633"/>
      </w:tblGrid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Leistungsdatum / -zeitraum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[Datum / Zeitraum]</w:t>
            </w:r>
          </w:p>
        </w:tc>
      </w:tr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Zahlbar bis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[TT.MM.JJJJ]</w:t>
            </w:r>
          </w:p>
        </w:tc>
      </w:tr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Verwendungszweck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[Deine Nummer]</w:t>
            </w:r>
          </w:p>
        </w:tc>
      </w:tr>
    </w:tbl>
    <w:p>
      <w:pPr>
        <w:widowControl/>
        <w:spacing w:before="160" w:after="0" w:line="310" w:lineRule="exact"/>
      </w:pPr>
      <w:r>
        <w:rPr>
          <w:rFonts w:ascii="Arial" w:hAnsi="Arial"/>
          <w:b w:val="0"/>
          <w:color w:val="20252B"/>
          <w:sz w:val="20"/>
        </w:rPr>
        <w:t>Bitte geben Sie bei der Zahlung die Rechnungsnummer an.</w:t>
      </w:r>
    </w:p>
    <w:sectPr w:rsidR="00FC693F" w:rsidRPr="0006063C" w:rsidSect="00034616">
      <w:footerReference w:type="default" r:id="rId9"/>
      <w:pgSz w:w="11906" w:h="16838"/>
      <w:pgMar w:top="1134" w:right="1134" w:bottom="2041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170" w:line="20" w:lineRule="exact"/>
      <w:pBdr>
        <w:bottom w:val="single" w:sz="4" w:color="D9DDE2" w:space="0"/>
      </w:pBdr>
    </w:pPr>
  </w:p>
  <w:tbl>
    <w:tblPr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Ind w:w="0" w:type="dxa"/>
      <w:tblW w:w="9638" w:type="dxa"/>
    </w:tblPr>
    <w:tblGrid>
      <w:gridCol w:w="3345"/>
      <w:gridCol w:w="3231"/>
      <w:gridCol w:w="3061"/>
    </w:tblGrid>
    <w:tr>
      <w:trPr>
        <w:cantSplit/>
      </w:trPr>
      <w:tc>
        <w:tcPr>
          <w:tcW w:type="dxa" w:w="3345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82" w:lineRule="exact"/>
          </w:pPr>
          <w:r>
            <w:rPr>
              <w:rFonts w:ascii="Arial" w:hAnsi="Arial"/>
              <w:b/>
              <w:color w:val="20252B"/>
              <w:sz w:val="14"/>
            </w:rPr>
            <w:t>[Dein Unternehmen]</w:t>
          </w:r>
        </w:p>
        <w:p>
          <w:pPr>
            <w:widowControl/>
            <w:spacing w:before="0" w:after="0" w:line="182" w:lineRule="exact"/>
          </w:pPr>
          <w:r>
            <w:rPr>
              <w:rFonts w:ascii="Arial" w:hAnsi="Arial"/>
              <w:b w:val="0"/>
              <w:color w:val="505861"/>
              <w:sz w:val="14"/>
            </w:rPr>
            <w:t>[Vollständiger Name / Firma]</w:t>
            <w:br/>
            <w:t>[Straße und Hausnummer]</w:t>
            <w:br/>
            <w:t>[PLZ und Ort]</w:t>
          </w:r>
        </w:p>
      </w:tc>
      <w:tc>
        <w:tcPr>
          <w:tcW w:type="dxa" w:w="3231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82" w:lineRule="exact"/>
          </w:pPr>
          <w:r>
            <w:rPr>
              <w:rFonts w:ascii="Arial" w:hAnsi="Arial"/>
              <w:b/>
              <w:color w:val="20252B"/>
              <w:sz w:val="14"/>
            </w:rPr>
            <w:t>Kontakt und Angaben</w:t>
          </w:r>
        </w:p>
        <w:p>
          <w:pPr>
            <w:widowControl/>
            <w:spacing w:before="0" w:after="0" w:line="182" w:lineRule="exact"/>
          </w:pPr>
          <w:r>
            <w:rPr>
              <w:rFonts w:ascii="Arial" w:hAnsi="Arial"/>
              <w:b w:val="0"/>
              <w:color w:val="505861"/>
              <w:sz w:val="14"/>
            </w:rPr>
            <w:t>[E-Mail-Adresse]</w:t>
            <w:br/>
            <w:t>USt-IdNr.</w:t>
            <w:br/>
            <w:t>[Deine deutsche USt-IdNr.]</w:t>
            <w:br/>
            <w:t>[Weitere Pflichtangaben deiner Rechtsform]</w:t>
          </w:r>
        </w:p>
      </w:tc>
      <w:tc>
        <w:tcPr>
          <w:tcW w:type="dxa" w:w="3061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82" w:lineRule="exact"/>
          </w:pPr>
          <w:r>
            <w:rPr>
              <w:rFonts w:ascii="Arial" w:hAnsi="Arial"/>
              <w:b/>
              <w:color w:val="20252B"/>
              <w:sz w:val="14"/>
            </w:rPr>
            <w:t>Bankverbindung</w:t>
          </w:r>
        </w:p>
        <w:p>
          <w:pPr>
            <w:widowControl/>
            <w:spacing w:before="0" w:after="0" w:line="182" w:lineRule="exact"/>
          </w:pPr>
          <w:r>
            <w:rPr>
              <w:rFonts w:ascii="Arial" w:hAnsi="Arial"/>
              <w:b w:val="0"/>
              <w:color w:val="505861"/>
              <w:sz w:val="14"/>
            </w:rPr>
            <w:t>[Bankname]</w:t>
            <w:br/>
            <w:t>[Deine IBAN]</w:t>
          </w:r>
        </w:p>
      </w:tc>
    </w:tr>
  </w:tbl>
  <w:p>
    <w:pPr>
      <w:pStyle w:val="FooterPageNumber"/>
      <w:widowControl/>
      <w:spacing w:before="170" w:after="0" w:line="175" w:lineRule="exact"/>
      <w:jc w:val="right"/>
    </w:pPr>
    <w:r>
      <w:rPr>
        <w:rFonts w:ascii="Arial" w:hAnsi="Arial"/>
        <w:b w:val="0"/>
        <w:color w:val="505861"/>
        <w:sz w:val="14"/>
      </w:rPr>
      <w:t xml:space="preserve">Seite </w:t>
    </w:r>
    <w:fldSimple w:instr="PAGE">
      <w:r>
        <w:rPr>
          <w:rFonts w:ascii="Arial" w:hAnsi="Arial"/>
          <w:b w:val="0"/>
          <w:color w:val="505861"/>
          <w:sz w:val="14"/>
        </w:rPr>
        <w:t>1</w:t>
      </w:r>
    </w:fldSimple>
    <w:r>
      <w:rPr>
        <w:rFonts w:ascii="Arial" w:hAnsi="Arial"/>
        <w:b w:val="0"/>
        <w:color w:val="505861"/>
        <w:sz w:val="14"/>
      </w:rPr>
      <w:t xml:space="preserve"> / </w:t>
    </w:r>
    <w:fldSimple w:instr="NUMPAGES">
      <w:r>
        <w:rPr>
          <w:rFonts w:ascii="Arial" w:hAnsi="Arial"/>
          <w:b w:val="0"/>
          <w:color w:val="505861"/>
          <w:sz w:val="14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00" w:lineRule="exact"/>
    </w:pPr>
    <w:rPr>
      <w:rFonts w:ascii="Arial" w:hAnsi="Arial"/>
      <w:color w:val="20252B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0" w:line="240" w:lineRule="auto" w:before="0"/>
      <w:contextualSpacing/>
    </w:pPr>
    <w:rPr>
      <w:rFonts w:asciiTheme="majorHAnsi" w:eastAsiaTheme="majorEastAsia" w:hAnsiTheme="majorHAnsi" w:cstheme="majorBidi" w:ascii="Liberation Sans" w:hAnsi="Liberation Sans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oterPageNumber">
    <w:name w:val="Footer Page Number"/>
    <w:basedOn w:val="Normal"/>
    <w:rPr>
      <w:rFonts w:ascii="Arial" w:hAnsi="Arial"/>
      <w:color w:val="505861"/>
      <w:sz w:val="1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Reverse Charge Rechnung Vorlage</dc:title>
  <dc:subject>Vorlage für eine sonstige B2B-Leistung eines deutschen Unternehmens an ein Unternehmen in einem anderen EU-Staat. Steuerfall und USt-IdNr. vor Verwendung prüfen. Keine Vorlage für Warenlieferungen oder inländische §-13b-Fälle.</dc:subject>
  <dc:creator>bimetrics</dc:creator>
  <cp:keywords/>
  <dc:description>generated by python-docx</dc:description>
  <cp:lastModifiedBy>bimetrics</cp:lastModifiedBy>
  <cp:revision>1</cp:revision>
  <dcterms:created xsi:type="dcterms:W3CDTF">2026-10-16T00:00:00Z</dcterms:created>
  <dcterms:modified xsi:type="dcterms:W3CDTF">2026-10-16T00:00:00Z</dcterms:modified>
  <cp:category/>
</cp:coreProperties>
</file>