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9638"/>
      </w:tblGrid>
      <w:tr>
        <w:trPr>
          <w:cantSplit/>
          <w:trHeight w:val="907" w:hRule="atLeast"/>
        </w:trPr>
        <w:tc>
          <w:tcPr>
            <w:tcW w:type="dxa" w:w="9638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460" w:lineRule="exact"/>
              <w:jc w:val="right"/>
            </w:pPr>
            <w:r>
              <w:rPr>
                <w:rFonts w:ascii="Arial" w:hAnsi="Arial"/>
                <w:b/>
                <w:color w:val="20252B"/>
                <w:sz w:val="38"/>
              </w:rPr>
              <w:t>[Dein Unternehmen]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widowControl/>
        <w:spacing w:before="0" w:after="227" w:line="175" w:lineRule="exact"/>
      </w:pPr>
      <w:r>
        <w:rPr>
          <w:rFonts w:ascii="Arial" w:hAnsi="Arial"/>
          <w:b w:val="0"/>
          <w:color w:val="505861"/>
          <w:sz w:val="14"/>
        </w:rPr>
        <w:t>[Dein Unternehmen] · [Straße und Hausnummer] · [PLZ und Ort]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6236"/>
        <w:gridCol w:w="3402"/>
      </w:tblGrid>
      <w:tr>
        <w:trPr>
          <w:cantSplit/>
        </w:trPr>
        <w:tc>
          <w:tcPr>
            <w:tcW w:type="dxa" w:w="6236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[Kundenname / Unternehmen]</w:t>
              <w:br/>
              <w:t>[Ansprechperson]</w:t>
              <w:br/>
              <w:t>[Straße und Hausnummer]</w:t>
              <w:br/>
              <w:t>[PLZ und Ort]</w:t>
            </w:r>
          </w:p>
        </w:tc>
        <w:tc>
          <w:tcPr>
            <w:tcW w:type="dxa" w:w="3402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Ind w:w="0" w:type="dxa"/>
              <w:tblW w:w="3402" w:type="dxa"/>
            </w:tblPr>
            <w:tblGrid>
              <w:gridCol w:w="1304"/>
              <w:gridCol w:w="2098"/>
            </w:tblGrid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Storno-Nr.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[Storno-Nummer]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Stornodatum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[TT.MM.JJJJ]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Kontakt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 Name]</w:t>
                  </w:r>
                </w:p>
              </w:tc>
            </w:tr>
          </w:tbl>
          <w:p/>
        </w:tc>
      </w:tr>
    </w:tbl>
    <w:p>
      <w:pPr>
        <w:spacing w:before="0" w:after="0" w:line="51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pStyle w:val="Title"/>
        <w:widowControl/>
        <w:spacing w:before="0" w:after="170" w:line="560" w:lineRule="exact"/>
      </w:pPr>
      <w:r>
        <w:rPr>
          <w:rFonts w:ascii="Arial" w:hAnsi="Arial"/>
          <w:b/>
          <w:color w:val="20252B"/>
          <w:sz w:val="46"/>
        </w:rPr>
        <w:t>Stornorechnung</w:t>
      </w:r>
    </w:p>
    <w:p>
      <w:pPr>
        <w:widowControl/>
        <w:spacing w:before="0" w:after="397" w:line="310" w:lineRule="exact"/>
      </w:pPr>
      <w:r>
        <w:rPr>
          <w:rFonts w:ascii="Arial" w:hAnsi="Arial"/>
          <w:b w:val="0"/>
          <w:color w:val="505861"/>
          <w:sz w:val="20"/>
        </w:rPr>
        <w:t>Ursprüngliche Rechnung: [Rechnungsnummer] vom [TT.MM.JJJJ]</w:t>
      </w:r>
    </w:p>
    <w:p>
      <w:pPr>
        <w:widowControl/>
        <w:spacing w:before="0" w:after="283" w:line="310" w:lineRule="exact"/>
      </w:pPr>
      <w:r>
        <w:rPr>
          <w:rFonts w:ascii="Arial" w:hAnsi="Arial"/>
          <w:b w:val="0"/>
          <w:color w:val="20252B"/>
          <w:sz w:val="20"/>
        </w:rPr>
        <w:t>Hiermit stornieren wir die oben genannte Rechnung vollständig.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102" w:type="dxa"/>
        <w:tblW w:w="9638" w:type="dxa"/>
      </w:tblPr>
      <w:tblGrid>
        <w:gridCol w:w="624"/>
        <w:gridCol w:w="3685"/>
        <w:gridCol w:w="1417"/>
        <w:gridCol w:w="1871"/>
        <w:gridCol w:w="2041"/>
      </w:tblGrid>
      <w:tr>
        <w:trPr>
          <w:cantSplit/>
          <w:tblHeader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Pos.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Leistung / Artikel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Menge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Einzelpreis netto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Gesamt netto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1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[Leistung / Artikel]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[Beschreibung und Umfang]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-[Menge]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[Einheit]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-[Betrag] €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2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[Leistung / Artikel]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[Beschreibung und Umfang]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-[Menge]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[Einheit]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-[Betrag] €</w:t>
            </w:r>
          </w:p>
        </w:tc>
      </w:tr>
    </w:tbl>
    <w:p>
      <w:pPr>
        <w:spacing w:before="0" w:after="0" w:line="283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jc w:val="right"/>
        <w:tblInd w:w="142" w:type="dxa"/>
        <w:tblW w:w="4989" w:type="dxa"/>
      </w:tblPr>
      <w:tblGrid>
        <w:gridCol w:w="2891"/>
        <w:gridCol w:w="2098"/>
      </w:tblGrid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Summe netto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-[Betrag] €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Umsatzsteuer [Satz] %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-[Betrag] €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Stornobetrag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0"/>
              </w:rPr>
              <w:t>-[Betrag] €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Leistungsdatum / -zeitraum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[Datum / Zeitraum]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Stornogrund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[Grund der vollständigen Stornierung]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Abwicklung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[Offene Forderung aufgehoben / Erstattung / Verrechnung]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2041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170" w:line="20" w:lineRule="exact"/>
      <w:pBdr>
        <w:bottom w:val="single" w:sz="4" w:color="D9DDE2" w:space="0"/>
      </w:pBdr>
    </w:pPr>
  </w:p>
  <w:tbl>
    <w:tblPr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Ind w:w="0" w:type="dxa"/>
      <w:tblW w:w="9638" w:type="dxa"/>
    </w:tblPr>
    <w:tblGrid>
      <w:gridCol w:w="3345"/>
      <w:gridCol w:w="3231"/>
      <w:gridCol w:w="3061"/>
    </w:tblGrid>
    <w:tr>
      <w:trPr>
        <w:cantSplit/>
      </w:trPr>
      <w:tc>
        <w:tcPr>
          <w:tcW w:type="dxa" w:w="3345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[Dein Unternehmen]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[Vollständiger Name / Firma]</w:t>
            <w:br/>
            <w:t>[Straße und Hausnummer]</w:t>
            <w:br/>
            <w:t>[PLZ und Ort]</w:t>
          </w:r>
        </w:p>
      </w:tc>
      <w:tc>
        <w:tcPr>
          <w:tcW w:type="dxa" w:w="323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Kontakt und Angaben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[E-Mail-Adresse]</w:t>
            <w:br/>
            <w:t>Steuernr. / USt-IdNr.</w:t>
            <w:br/>
            <w:t>[Steuernummer oder USt-IdNr.]</w:t>
            <w:br/>
            <w:t>[Weitere Pflichtangaben deiner Rechtsform]</w:t>
          </w:r>
        </w:p>
      </w:tc>
      <w:tc>
        <w:tcPr>
          <w:tcW w:type="dxa" w:w="306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Bankverbindung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[Bankname]</w:t>
            <w:br/>
            <w:t>[Deine IBAN]</w:t>
          </w:r>
        </w:p>
      </w:tc>
    </w:tr>
  </w:tbl>
  <w:p>
    <w:pPr>
      <w:pStyle w:val="FooterPageNumber"/>
      <w:widowControl/>
      <w:spacing w:before="170" w:after="0" w:line="175" w:lineRule="exact"/>
      <w:jc w:val="right"/>
    </w:pPr>
    <w:r>
      <w:rPr>
        <w:rFonts w:ascii="Arial" w:hAnsi="Arial"/>
        <w:b w:val="0"/>
        <w:color w:val="505861"/>
        <w:sz w:val="14"/>
      </w:rPr>
      <w:t xml:space="preserve">Seite </w:t>
    </w:r>
    <w:fldSimple w:instr="PAGE">
      <w:r>
        <w:rPr>
          <w:rFonts w:ascii="Arial" w:hAnsi="Arial"/>
          <w:b w:val="0"/>
          <w:color w:val="505861"/>
          <w:sz w:val="14"/>
        </w:rPr>
        <w:t>1</w:t>
      </w:r>
    </w:fldSimple>
    <w:r>
      <w:rPr>
        <w:rFonts w:ascii="Arial" w:hAnsi="Arial"/>
        <w:b w:val="0"/>
        <w:color w:val="505861"/>
        <w:sz w:val="14"/>
      </w:rPr>
      <w:t xml:space="preserve"> / </w:t>
    </w:r>
    <w:fldSimple w:instr="NUMPAGES">
      <w:r>
        <w:rPr>
          <w:rFonts w:ascii="Arial" w:hAnsi="Arial"/>
          <w:b w:val="0"/>
          <w:color w:val="505861"/>
          <w:sz w:val="14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00" w:lineRule="exact"/>
    </w:pPr>
    <w:rPr>
      <w:rFonts w:ascii="Arial" w:hAnsi="Arial"/>
      <w:color w:val="20252B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0252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oterPageNumber">
    <w:name w:val="Footer Page Number"/>
    <w:basedOn w:val="Normal"/>
    <w:rPr>
      <w:rFonts w:ascii="Arial" w:hAnsi="Arial"/>
      <w:color w:val="505861"/>
      <w:sz w:val="1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Stornorechnung Vorlage</dc:title>
  <dc:subject>Bearbeitbare Vorlage für die vollständige Stornierung einer Rechnung mit einem Steuersatz</dc:subject>
  <dc:creator>bimetrics</dc:creator>
  <cp:keywords/>
  <dc:description>generated by python-docx</dc:description>
  <cp:lastModifiedBy>bimetrics</cp:lastModifiedBy>
  <cp:revision>1</cp:revision>
  <dcterms:created xsi:type="dcterms:W3CDTF">2026-10-08T00:00:00Z</dcterms:created>
  <dcterms:modified xsi:type="dcterms:W3CDTF">2026-10-08T00:00:00Z</dcterms:modified>
  <cp:category/>
</cp:coreProperties>
</file>