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[Deine 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Angebot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[Projekt / Betreff]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Vielen Dank für Ihre Anfrage. Gern bieten wir Ihnen folgende Leistungen an.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 / Artikel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Summe netto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Umsatzsteuer [Satz] %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Gesamtbetrag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Gültig bis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Geplante Leistung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[Datum / Zeitraum]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Zahlungsbedingungen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[Vereinbarte Zahlungsbedingungen]</w:t>
            </w:r>
          </w:p>
        </w:tc>
      </w:tr>
    </w:tbl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Wir freuen uns auf die Zusammenarbeit.</w:t>
      </w:r>
    </w:p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Mit freundlichen Grüßen</w:t>
      </w:r>
    </w:p>
    <w:p>
      <w:pPr>
        <w:widowControl/>
        <w:spacing w:before="113" w:after="0" w:line="310" w:lineRule="exact"/>
      </w:pPr>
      <w:r>
        <w:rPr>
          <w:rFonts w:ascii="Arial" w:hAnsi="Arial"/>
          <w:b/>
          <w:color w:val="20252B"/>
          <w:sz w:val="20"/>
        </w:rPr>
        <w:t>[Dein Name]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- Vorlage</dc:title>
  <dc:subject>Bearbeitbare Dokumentvorlage mit Platzhaltern</dc:subject>
  <dc:creator>bimetrics</dc:creator>
  <cp:keywords/>
  <dc:description>generated by python-docx</dc:description>
  <cp:lastModifiedBy>bimetrics</cp:lastModifiedBy>
  <cp:revision>1</cp:revision>
  <dcterms:created xsi:type="dcterms:W3CDTF">2026-10-07T00:00:00Z</dcterms:created>
  <dcterms:modified xsi:type="dcterms:W3CDTF">2026-10-07T00:00:00Z</dcterms:modified>
  <cp:category/>
</cp:coreProperties>
</file>