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9638"/>
      </w:tblGrid>
      <w:tr>
        <w:trPr>
          <w:cantSplit/>
          <w:trHeight w:val="907" w:hRule="atLeast"/>
        </w:trPr>
        <w:tc>
          <w:tcPr>
            <w:tcW w:type="dxa" w:w="9638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8"/>
              </w:rPr>
              <w:t>[Dein Unternehmen]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widowControl/>
        <w:spacing w:before="0" w:after="227" w:line="175" w:lineRule="exact"/>
      </w:pPr>
      <w:r>
        <w:rPr>
          <w:rFonts w:ascii="Arial" w:hAnsi="Arial"/>
          <w:b w:val="0"/>
          <w:color w:val="505861"/>
          <w:sz w:val="14"/>
        </w:rPr>
        <w:t>[Dein Unternehmen] · [Straße und Hausnummer] · [PLZ und Ort]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6236"/>
        <w:gridCol w:w="3402"/>
      </w:tblGrid>
      <w:tr>
        <w:trPr>
          <w:cantSplit/>
        </w:trPr>
        <w:tc>
          <w:tcPr>
            <w:tcW w:type="dxa" w:w="6236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[Kundenname / Unternehmen]</w:t>
              <w:br/>
              <w:t>[Ansprechperson]</w:t>
              <w:br/>
              <w:t>[Straße und Hausnummer]</w:t>
              <w:br/>
              <w:t>[PLZ und Ort]</w:t>
            </w:r>
          </w:p>
        </w:tc>
        <w:tc>
          <w:tcPr>
            <w:tcW w:type="dxa" w:w="3402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Ind w:w="0" w:type="dxa"/>
              <w:tblW w:w="3402" w:type="dxa"/>
            </w:tblPr>
            <w:tblGrid>
              <w:gridCol w:w="1304"/>
              <w:gridCol w:w="2098"/>
            </w:tblGrid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Nummer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[AB-Nummer]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Datum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[TT.MM.JJJJ]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4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00" w:lineRule="exact"/>
                  </w:pPr>
                  <w:r>
                    <w:rPr>
                      <w:rFonts w:ascii="Arial" w:hAnsi="Arial"/>
                      <w:b w:val="0"/>
                      <w:color w:val="505861"/>
                      <w:sz w:val="16"/>
                    </w:rPr>
                    <w:t>Kontakt</w:t>
                  </w:r>
                </w:p>
              </w:tc>
              <w:tc>
                <w:tcPr>
                  <w:tcW w:type="dxa" w:w="2098"/>
                  <w:vAlign w:val="top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after="142" w:before="0" w:line="225" w:lineRule="exact"/>
                  </w:pPr>
                  <w:r>
                    <w:rPr>
                      <w:rFonts w:ascii="Arial" w:hAnsi="Arial"/>
                      <w:b w:val="0"/>
                      <w:color w:val="20252B"/>
                      <w:sz w:val="18"/>
                    </w:rPr>
                    <w:t>[Dein Name]</w:t>
                  </w:r>
                </w:p>
              </w:tc>
            </w:tr>
          </w:tbl>
          <w:p/>
        </w:tc>
      </w:tr>
    </w:tbl>
    <w:p>
      <w:pPr>
        <w:spacing w:before="0" w:after="0" w:line="510" w:lineRule="exact"/>
      </w:pPr>
      <w:r>
        <w:rPr>
          <w:rFonts w:ascii="Arial" w:hAnsi="Arial"/>
          <w:b w:val="0"/>
          <w:color w:val="20252B"/>
          <w:sz w:val="2"/>
        </w:rPr>
      </w:r>
    </w:p>
    <w:p>
      <w:pPr>
        <w:pStyle w:val="Title"/>
        <w:widowControl/>
        <w:spacing w:before="0" w:after="170" w:line="560" w:lineRule="exact"/>
      </w:pPr>
      <w:r>
        <w:rPr>
          <w:rFonts w:ascii="Arial" w:hAnsi="Arial"/>
          <w:b/>
          <w:color w:val="20252B"/>
          <w:sz w:val="46"/>
        </w:rPr>
        <w:t>Auftragsbestätigung</w:t>
      </w:r>
    </w:p>
    <w:p>
      <w:pPr>
        <w:widowControl/>
        <w:spacing w:before="0" w:after="397" w:line="310" w:lineRule="exact"/>
      </w:pPr>
      <w:r>
        <w:rPr>
          <w:rFonts w:ascii="Arial" w:hAnsi="Arial"/>
          <w:b w:val="0"/>
          <w:color w:val="505861"/>
          <w:sz w:val="20"/>
        </w:rPr>
        <w:t>[Projekt / Betreff]</w:t>
      </w:r>
    </w:p>
    <w:p>
      <w:pPr>
        <w:widowControl/>
        <w:spacing w:before="0" w:after="283" w:line="310" w:lineRule="exact"/>
      </w:pPr>
      <w:r>
        <w:rPr>
          <w:rFonts w:ascii="Arial" w:hAnsi="Arial"/>
          <w:b w:val="0"/>
          <w:color w:val="20252B"/>
          <w:sz w:val="20"/>
        </w:rPr>
        <w:t>Vielen Dank für Ihren Auftrag. Wir bestätigen die folgenden vereinbarten Leistungen.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102" w:type="dxa"/>
        <w:tblW w:w="9638" w:type="dxa"/>
      </w:tblPr>
      <w:tblGrid>
        <w:gridCol w:w="624"/>
        <w:gridCol w:w="3685"/>
        <w:gridCol w:w="1417"/>
        <w:gridCol w:w="1871"/>
        <w:gridCol w:w="2041"/>
      </w:tblGrid>
      <w:tr>
        <w:trPr>
          <w:cantSplit/>
          <w:tblHeader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Pos.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left"/>
            </w:pPr>
            <w:r>
              <w:rPr>
                <w:rFonts w:ascii="Arial" w:hAnsi="Arial"/>
                <w:b w:val="0"/>
                <w:color w:val="505861"/>
                <w:sz w:val="16"/>
              </w:rPr>
              <w:t>Leistung / Artikel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Menge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Einzelpreis netto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shd w:fill="F2F4F6" w:val="clear"/>
          </w:tcPr>
          <w:p>
            <w:pPr>
              <w:widowControl/>
              <w:spacing w:after="0" w:before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Gesamt netto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1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[Leistung / Artikel]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[Beschreibung und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624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212" w:lineRule="exact"/>
            </w:pPr>
            <w:r>
              <w:rPr>
                <w:rFonts w:ascii="Arial" w:hAnsi="Arial"/>
                <w:b w:val="0"/>
                <w:color w:val="505861"/>
                <w:sz w:val="17"/>
              </w:rPr>
              <w:t>2</w:t>
            </w:r>
          </w:p>
        </w:tc>
        <w:tc>
          <w:tcPr>
            <w:tcW w:type="dxa" w:w="3685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96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[Leistung / Artikel]</w:t>
            </w:r>
          </w:p>
          <w:p>
            <w:pPr>
              <w:widowControl/>
              <w:spacing w:before="0" w:after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[Beschreibung und Umfang]</w:t>
            </w:r>
          </w:p>
        </w:tc>
        <w:tc>
          <w:tcPr>
            <w:tcW w:type="dxa" w:w="1417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[Menge]</w:t>
            </w:r>
          </w:p>
          <w:p>
            <w:pPr>
              <w:widowControl/>
              <w:spacing w:before="0" w:after="0" w:line="200" w:lineRule="exact"/>
              <w:jc w:val="right"/>
            </w:pPr>
            <w:r>
              <w:rPr>
                <w:rFonts w:ascii="Arial" w:hAnsi="Arial"/>
                <w:b w:val="0"/>
                <w:color w:val="505861"/>
                <w:sz w:val="16"/>
              </w:rPr>
              <w:t>[Einheit]</w:t>
            </w:r>
          </w:p>
        </w:tc>
        <w:tc>
          <w:tcPr>
            <w:tcW w:type="dxa" w:w="187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[Preis] €</w:t>
            </w:r>
          </w:p>
        </w:tc>
        <w:tc>
          <w:tcPr>
            <w:tcW w:type="dxa" w:w="2041"/>
            <w:vAlign w:val="top"/>
            <w:tcMar>
              <w:top w:w="102" w:type="dxa"/>
              <w:left w:w="102" w:type="dxa"/>
              <w:bottom w:w="102" w:type="dxa"/>
              <w:right w:w="102" w:type="dxa"/>
            </w:tcMar>
            <w:tcBorders>
              <w:bottom w:val="single" w:sz="4" w:color="D9DDE2"/>
            </w:tcBorders>
          </w:tcPr>
          <w:p>
            <w:pPr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</w:tbl>
    <w:p>
      <w:pPr>
        <w:spacing w:before="0" w:after="0" w:line="283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jc w:val="right"/>
        <w:tblInd w:w="142" w:type="dxa"/>
        <w:tblW w:w="4989" w:type="dxa"/>
      </w:tblPr>
      <w:tblGrid>
        <w:gridCol w:w="2891"/>
        <w:gridCol w:w="2098"/>
      </w:tblGrid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Summe netto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</w:pPr>
            <w:r>
              <w:rPr>
                <w:rFonts w:ascii="Arial" w:hAnsi="Arial"/>
                <w:b w:val="0"/>
                <w:color w:val="20252B"/>
                <w:sz w:val="20"/>
              </w:rPr>
              <w:t>Umsatzsteuer [Satz] %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keepNext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 w:val="0"/>
                <w:color w:val="20252B"/>
                <w:sz w:val="20"/>
              </w:rPr>
              <w:t>[Betrag] €</w:t>
            </w:r>
          </w:p>
        </w:tc>
      </w:tr>
      <w:tr>
        <w:trPr>
          <w:cantSplit/>
        </w:trPr>
        <w:tc>
          <w:tcPr>
            <w:tcW w:type="dxa" w:w="2891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</w:pPr>
            <w:r>
              <w:rPr>
                <w:rFonts w:ascii="Arial" w:hAnsi="Arial"/>
                <w:b/>
                <w:color w:val="20252B"/>
                <w:sz w:val="20"/>
              </w:rPr>
              <w:t>Auftragswert</w:t>
            </w:r>
          </w:p>
        </w:tc>
        <w:tc>
          <w:tcPr>
            <w:tcW w:type="dxa" w:w="2098"/>
            <w:vAlign w:val="top"/>
            <w:tcMar>
              <w:top w:w="142" w:type="dxa"/>
              <w:left w:w="142" w:type="dxa"/>
              <w:bottom w:w="142" w:type="dxa"/>
              <w:right w:w="142" w:type="dxa"/>
            </w:tcMar>
            <w:shd w:fill="F2F4F6" w:val="clear"/>
          </w:tcPr>
          <w:p>
            <w:pPr>
              <w:keepNext w:val="0"/>
              <w:widowControl/>
              <w:spacing w:after="0" w:before="0" w:line="310" w:lineRule="exact"/>
              <w:jc w:val="right"/>
            </w:pPr>
            <w:r>
              <w:rPr>
                <w:rFonts w:ascii="Arial" w:hAnsi="Arial"/>
                <w:b/>
                <w:color w:val="20252B"/>
                <w:sz w:val="30"/>
              </w:rPr>
              <w:t>[Betrag] €</w:t>
            </w:r>
          </w:p>
        </w:tc>
      </w:tr>
    </w:tbl>
    <w:p>
      <w:pPr>
        <w:spacing w:before="0" w:after="0" w:line="340" w:lineRule="exact"/>
      </w:pPr>
      <w:r>
        <w:rPr>
          <w:rFonts w:ascii="Arial" w:hAnsi="Arial"/>
          <w:b w:val="0"/>
          <w:color w:val="20252B"/>
          <w:sz w:val="2"/>
        </w:rPr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Ind w:w="0" w:type="dxa"/>
        <w:tblW w:w="9638" w:type="dxa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Angebotsbezug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[Angebotsnummer und Datum]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Beauftragung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[Datum / Bezug deiner Vereinbarung]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Ausführung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[Vereinbarter Termin / Zeitraum]</w:t>
            </w:r>
          </w:p>
        </w:tc>
      </w:tr>
      <w:tr>
        <w:trPr>
          <w:cantSplit/>
        </w:trPr>
        <w:tc>
          <w:tcPr>
            <w:tcW w:type="dxa" w:w="3005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25" w:lineRule="exact"/>
            </w:pPr>
            <w:r>
              <w:rPr>
                <w:rFonts w:ascii="Arial" w:hAnsi="Arial"/>
                <w:b w:val="0"/>
                <w:color w:val="505861"/>
                <w:sz w:val="18"/>
              </w:rPr>
              <w:t>Zahlungsbedingungen</w:t>
            </w:r>
          </w:p>
        </w:tc>
        <w:tc>
          <w:tcPr>
            <w:tcW w:type="dxa" w:w="6633"/>
            <w:vAlign w:val="top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widowControl/>
              <w:spacing w:after="142" w:before="0" w:line="237" w:lineRule="exact"/>
            </w:pPr>
            <w:r>
              <w:rPr>
                <w:rFonts w:ascii="Arial" w:hAnsi="Arial"/>
                <w:b w:val="0"/>
                <w:color w:val="20252B"/>
                <w:sz w:val="19"/>
              </w:rPr>
              <w:t>[Bereits vereinbarte Zahlungsbedingungen]</w:t>
            </w:r>
          </w:p>
        </w:tc>
      </w:tr>
    </w:tbl>
    <w:p>
      <w:pPr>
        <w:widowControl/>
        <w:spacing w:before="227" w:after="0" w:line="310" w:lineRule="exact"/>
      </w:pPr>
      <w:r>
        <w:rPr>
          <w:rFonts w:ascii="Arial" w:hAnsi="Arial"/>
          <w:b w:val="0"/>
          <w:color w:val="20252B"/>
          <w:sz w:val="20"/>
        </w:rPr>
        <w:t>Die Rechnung erhalten Sie separat.</w:t>
      </w:r>
    </w:p>
    <w:p>
      <w:pPr>
        <w:widowControl/>
        <w:spacing w:before="227" w:after="0" w:line="310" w:lineRule="exact"/>
      </w:pPr>
      <w:r>
        <w:rPr>
          <w:rFonts w:ascii="Arial" w:hAnsi="Arial"/>
          <w:b w:val="0"/>
          <w:color w:val="20252B"/>
          <w:sz w:val="20"/>
        </w:rPr>
        <w:t>Mit freundlichen Grüßen</w:t>
      </w:r>
    </w:p>
    <w:p>
      <w:pPr>
        <w:widowControl/>
        <w:spacing w:before="113" w:after="0" w:line="310" w:lineRule="exact"/>
      </w:pPr>
      <w:r>
        <w:rPr>
          <w:rFonts w:ascii="Arial" w:hAnsi="Arial"/>
          <w:b/>
          <w:color w:val="20252B"/>
          <w:sz w:val="20"/>
        </w:rPr>
        <w:t>[Dein Name]</w:t>
      </w:r>
    </w:p>
    <w:sectPr w:rsidR="00FC693F" w:rsidRPr="0006063C" w:rsidSect="00034616">
      <w:footerReference w:type="default" r:id="rId9"/>
      <w:pgSz w:w="11906" w:h="16838"/>
      <w:pgMar w:top="1134" w:right="1134" w:bottom="2041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170" w:line="20" w:lineRule="exact"/>
      <w:pBdr>
        <w:bottom w:val="single" w:sz="4" w:color="D9DDE2" w:space="0"/>
      </w:pBdr>
    </w:pPr>
  </w:p>
  <w:tbl>
    <w:tblPr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Ind w:w="0" w:type="dxa"/>
      <w:tblW w:w="9638" w:type="dxa"/>
    </w:tblPr>
    <w:tblGrid>
      <w:gridCol w:w="3345"/>
      <w:gridCol w:w="3231"/>
      <w:gridCol w:w="3061"/>
    </w:tblGrid>
    <w:tr>
      <w:trPr>
        <w:cantSplit/>
      </w:trPr>
      <w:tc>
        <w:tcPr>
          <w:tcW w:type="dxa" w:w="3345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[Dein Unternehmen]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[Vollständiger Name / Firma]</w:t>
            <w:br/>
            <w:t>[Straße und Hausnummer]</w:t>
            <w:br/>
            <w:t>[PLZ und Ort]</w:t>
          </w:r>
        </w:p>
      </w:tc>
      <w:tc>
        <w:tcPr>
          <w:tcW w:type="dxa" w:w="323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Kontakt und Angaben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[E-Mail-Adresse]</w:t>
            <w:br/>
            <w:t>Steuernr. / USt-IdNr.</w:t>
            <w:br/>
            <w:t>[Steuernummer oder USt-IdNr.]</w:t>
            <w:br/>
            <w:t>[Weitere Pflichtangaben deiner Rechtsform]</w:t>
          </w:r>
        </w:p>
      </w:tc>
      <w:tc>
        <w:tcPr>
          <w:tcW w:type="dxa" w:w="3061"/>
          <w:vAlign w:val="top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widowControl/>
            <w:spacing w:after="0" w:before="0" w:line="182" w:lineRule="exact"/>
          </w:pPr>
          <w:r>
            <w:rPr>
              <w:rFonts w:ascii="Arial" w:hAnsi="Arial"/>
              <w:b/>
              <w:color w:val="20252B"/>
              <w:sz w:val="14"/>
            </w:rPr>
            <w:t>Bankverbindung</w:t>
          </w:r>
        </w:p>
        <w:p>
          <w:pPr>
            <w:widowControl/>
            <w:spacing w:before="0" w:after="0" w:line="182" w:lineRule="exact"/>
          </w:pPr>
          <w:r>
            <w:rPr>
              <w:rFonts w:ascii="Arial" w:hAnsi="Arial"/>
              <w:b w:val="0"/>
              <w:color w:val="505861"/>
              <w:sz w:val="14"/>
            </w:rPr>
            <w:t>[Bankname]</w:t>
            <w:br/>
            <w:t>[Deine IBAN]</w:t>
          </w:r>
        </w:p>
      </w:tc>
    </w:tr>
  </w:tbl>
  <w:p>
    <w:pPr>
      <w:pStyle w:val="FooterPageNumber"/>
      <w:widowControl/>
      <w:spacing w:before="170" w:after="0" w:line="175" w:lineRule="exact"/>
      <w:jc w:val="right"/>
    </w:pPr>
    <w:r>
      <w:rPr>
        <w:rFonts w:ascii="Arial" w:hAnsi="Arial"/>
        <w:b w:val="0"/>
        <w:color w:val="505861"/>
        <w:sz w:val="14"/>
      </w:rPr>
      <w:t xml:space="preserve">Seite </w:t>
    </w:r>
    <w:fldSimple w:instr="PAGE">
      <w:r>
        <w:rPr>
          <w:rFonts w:ascii="Arial" w:hAnsi="Arial"/>
          <w:b w:val="0"/>
          <w:color w:val="505861"/>
          <w:sz w:val="14"/>
        </w:rPr>
        <w:t>1</w:t>
      </w:r>
    </w:fldSimple>
    <w:r>
      <w:rPr>
        <w:rFonts w:ascii="Arial" w:hAnsi="Arial"/>
        <w:b w:val="0"/>
        <w:color w:val="505861"/>
        <w:sz w:val="14"/>
      </w:rPr>
      <w:t xml:space="preserve"> / </w:t>
    </w:r>
    <w:fldSimple w:instr="NUMPAGES">
      <w:r>
        <w:rPr>
          <w:rFonts w:ascii="Arial" w:hAnsi="Arial"/>
          <w:b w:val="0"/>
          <w:color w:val="505861"/>
          <w:sz w:val="14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exact"/>
    </w:pPr>
    <w:rPr>
      <w:rFonts w:ascii="Arial" w:hAnsi="Arial"/>
      <w:color w:val="20252B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20252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oterPageNumber">
    <w:name w:val="Footer Page Number"/>
    <w:basedOn w:val="Normal"/>
    <w:rPr>
      <w:rFonts w:ascii="Arial" w:hAnsi="Arial"/>
      <w:color w:val="505861"/>
      <w:sz w:val="1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Auftragsbestätigung - Vorlage</dc:title>
  <dc:subject>Bearbeitbare Dokumentvorlage mit Platzhaltern</dc:subject>
  <dc:creator>bimetrics</dc:creator>
  <cp:keywords/>
  <dc:description>generated by python-docx</dc:description>
  <cp:lastModifiedBy>bimetrics</cp:lastModifiedBy>
  <cp:revision>1</cp:revision>
  <dcterms:created xsi:type="dcterms:W3CDTF">2026-10-07T00:00:00Z</dcterms:created>
  <dcterms:modified xsi:type="dcterms:W3CDTF">2026-10-07T00:00:00Z</dcterms:modified>
  <cp:category/>
</cp:coreProperties>
</file>