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Bewirtungsbeleg</w:t>
      </w:r>
    </w:p>
    <w:p>
      <w:pPr>
        <w:spacing w:after="280"/>
      </w:pPr>
      <w:r>
        <w:rPr>
          <w:color w:val="4B4B4B"/>
        </w:rPr>
        <w:t>Ergänzung zur Restaurantrechnung</w:t>
        <w:br/>
        <w:t>Ersetze die Platzhalter. Diese Vorlage ersetzt nicht die Restaurantrechnung.</w:t>
      </w:r>
    </w:p>
    <w:p>
      <w:pPr>
        <w:keepNext/>
        <w:tabs>
          <w:tab w:pos="4989" w:val="left"/>
        </w:tabs>
        <w:spacing w:after="60"/>
      </w:pPr>
      <w:r>
        <w:rPr>
          <w:b/>
          <w:sz w:val="20"/>
        </w:rPr>
        <w:t>Datum der Bewirtung</w:t>
        <w:tab/>
        <w:t>Ort der Bewirtung</w:t>
      </w:r>
    </w:p>
    <w:p>
      <w:pPr>
        <w:keepNext w:val="0"/>
        <w:tabs>
          <w:tab w:pos="4989" w:val="left"/>
        </w:tabs>
        <w:spacing w:after="180"/>
      </w:pPr>
      <w:r>
        <w:rPr>
          <w:b w:val="0"/>
          <w:color w:val="4B4B4B"/>
          <w:sz w:val="22"/>
        </w:rPr>
        <w:t>[TT.MM.JJJJ]</w:t>
        <w:tab/>
        <w:t>[Ort]</w:t>
      </w:r>
    </w:p>
    <w:p>
      <w:pPr>
        <w:keepNext/>
        <w:spacing w:after="60"/>
      </w:pPr>
      <w:r>
        <w:rPr>
          <w:b/>
          <w:sz w:val="20"/>
        </w:rPr>
        <w:t>Restaurant und Anschrift</w:t>
      </w:r>
    </w:p>
    <w:p>
      <w:pPr>
        <w:keepLines/>
        <w:spacing w:after="180"/>
      </w:pPr>
      <w:r>
        <w:rPr>
          <w:color w:val="4B4B4B"/>
        </w:rPr>
        <w:t>[Name des Restaurants]</w:t>
        <w:br/>
        <w:t>[Anschrift, optional]</w:t>
      </w:r>
    </w:p>
    <w:p>
      <w:pPr>
        <w:keepNext/>
        <w:spacing w:after="60"/>
      </w:pPr>
      <w:r>
        <w:rPr>
          <w:b/>
          <w:sz w:val="20"/>
        </w:rPr>
        <w:t>Rechnungsnummer oder eindeutiger Bezug (optional)</w:t>
      </w:r>
    </w:p>
    <w:p>
      <w:pPr>
        <w:keepLines/>
        <w:spacing w:after="180"/>
      </w:pPr>
      <w:r>
        <w:rPr>
          <w:color w:val="4B4B4B"/>
        </w:rPr>
        <w:t>[Rechnungsnummer oder anderer Bezug zur Restaurantrechnung]</w:t>
      </w:r>
    </w:p>
    <w:p>
      <w:pPr>
        <w:keepNext/>
        <w:spacing w:after="60"/>
      </w:pPr>
      <w:r>
        <w:rPr>
          <w:b/>
          <w:sz w:val="20"/>
        </w:rPr>
        <w:t>Teilnehmende einschließlich Gastgeberin oder Gastgeber</w:t>
      </w:r>
    </w:p>
    <w:p>
      <w:pPr>
        <w:keepLines/>
        <w:spacing w:after="180"/>
      </w:pPr>
      <w:r>
        <w:rPr>
          <w:color w:val="4B4B4B"/>
        </w:rPr>
        <w:t>[Gastgeber/in: Vorname Nachname · Unternehmen, falls zutreffend]</w:t>
        <w:br/>
        <w:t>[Weitere Person: Vorname Nachname · Unternehmen, falls zutreffend]</w:t>
        <w:br/>
        <w:t>[Weitere Personen ergänzen]</w:t>
      </w:r>
    </w:p>
    <w:p>
      <w:pPr>
        <w:keepNext/>
        <w:spacing w:after="60"/>
      </w:pPr>
      <w:r>
        <w:rPr>
          <w:b/>
          <w:sz w:val="20"/>
        </w:rPr>
        <w:t>Konkreter geschäftlicher Anlass</w:t>
      </w:r>
    </w:p>
    <w:p>
      <w:pPr>
        <w:keepLines/>
        <w:spacing w:after="180"/>
      </w:pPr>
      <w:r>
        <w:rPr>
          <w:color w:val="4B4B4B"/>
        </w:rPr>
        <w:t>[Besprochenes Projekt, Angebot oder Geschäft konkret beschreiben]</w:t>
      </w:r>
    </w:p>
    <w:p>
      <w:pPr>
        <w:keepNext/>
        <w:tabs>
          <w:tab w:pos="4989" w:val="left"/>
        </w:tabs>
        <w:spacing w:after="60"/>
      </w:pPr>
      <w:r>
        <w:rPr>
          <w:b/>
          <w:sz w:val="20"/>
        </w:rPr>
        <w:t>Rechnungsbetrag</w:t>
        <w:tab/>
        <w:t>Zusätzliches Trinkgeld</w:t>
      </w:r>
    </w:p>
    <w:p>
      <w:pPr>
        <w:keepNext w:val="0"/>
        <w:tabs>
          <w:tab w:pos="4989" w:val="left"/>
        </w:tabs>
        <w:spacing w:after="180"/>
      </w:pPr>
      <w:r>
        <w:rPr>
          <w:b w:val="0"/>
          <w:color w:val="4B4B4B"/>
          <w:sz w:val="22"/>
        </w:rPr>
        <w:t>[Betrag in Euro]</w:t>
        <w:tab/>
        <w:t>[Betrag in Euro, optional]</w:t>
      </w:r>
    </w:p>
    <w:p>
      <w:pPr>
        <w:keepNext/>
        <w:spacing w:after="60"/>
      </w:pPr>
      <w:r>
        <w:rPr>
          <w:b/>
          <w:sz w:val="20"/>
        </w:rPr>
        <w:t>Summe aus Rechnung und zusätzlichem Trinkgeld</w:t>
      </w:r>
    </w:p>
    <w:p>
      <w:pPr>
        <w:keepLines/>
        <w:spacing w:after="180"/>
      </w:pPr>
      <w:r>
        <w:rPr>
          <w:color w:val="4B4B4B"/>
        </w:rPr>
        <w:t>[Summe in Euro]</w:t>
      </w:r>
    </w:p>
    <w:p>
      <w:pPr>
        <w:keepNext/>
        <w:tabs>
          <w:tab w:pos="4989" w:val="left"/>
        </w:tabs>
        <w:spacing w:after="60"/>
      </w:pPr>
      <w:r>
        <w:rPr>
          <w:b/>
          <w:sz w:val="20"/>
        </w:rPr>
        <w:t>Datum der Erstellung</w:t>
        <w:tab/>
        <w:t>Unterschrift Gastgeber/in</w:t>
      </w:r>
    </w:p>
    <w:p>
      <w:pPr>
        <w:keepNext w:val="0"/>
        <w:tabs>
          <w:tab w:pos="4989" w:val="left"/>
        </w:tabs>
        <w:spacing w:after="180"/>
      </w:pPr>
      <w:r>
        <w:rPr>
          <w:b w:val="0"/>
          <w:color w:val="4B4B4B"/>
          <w:sz w:val="22"/>
        </w:rPr>
        <w:t>[TT.MM.JJJJ]</w:t>
        <w:tab/>
        <w:t>____________________________</w:t>
      </w:r>
    </w:p>
    <w:p>
      <w:pPr>
        <w:keepLines/>
        <w:spacing w:before="100" w:after="60"/>
      </w:pPr>
      <w:r>
        <w:rPr>
          <w:color w:val="4B4B4B"/>
          <w:sz w:val="20"/>
        </w:rPr>
        <w:t>Nur Trinkgeld außerhalb des Rechnungsbetrags zusätzlich eintragen und separat nachweisen. Bereits enthaltenes Trinkgeld nicht erneut hinzurechnen.</w:t>
      </w:r>
    </w:p>
    <w:p>
      <w:pPr>
        <w:keepLines/>
        <w:spacing w:before="0" w:after="60"/>
      </w:pPr>
      <w:r>
        <w:rPr>
          <w:color w:val="4B4B4B"/>
          <w:sz w:val="20"/>
        </w:rPr>
        <w:t>Vor der Ablage prüfen und unterschreiben. Restaurantrechnung und separaten Trinkgeldnachweis zusammen mit diesem Beleg aufbewahren.</w:t>
      </w:r>
    </w:p>
    <w:sectPr w:rsidR="00FC693F" w:rsidRPr="0006063C" w:rsidSect="00034616"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 w:cs="Arial"/>
      <w:color w:val="000000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 w:line="259" w:lineRule="auto"/>
      <w:outlineLvl w:val="0"/>
    </w:pPr>
    <w:rPr>
      <w:rFonts w:ascii="Arial" w:hAnsi="Arial" w:eastAsia="Arial" w:cs="Arial"/>
      <w:b/>
      <w:bCs/>
      <w:color w:val="000000"/>
      <w:sz w:val="24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Arial" w:hAnsi="Arial" w:eastAsia="Arial" w:cs="Arial"/>
      <w:b/>
      <w:bCs/>
      <w:color w:val="000000"/>
      <w:sz w:val="22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/>
      <w:contextualSpacing/>
    </w:pPr>
    <w:rPr>
      <w:rFonts w:ascii="Arial" w:hAnsi="Arial" w:eastAsia="Arial" w:cs="Arial"/>
      <w:b/>
      <w:color w:val="000000"/>
      <w:spacing w:val="5"/>
      <w:kern w:val="28"/>
      <w:sz w:val="48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9" w:lineRule="auto"/>
    </w:pPr>
    <w:rPr>
      <w:rFonts w:ascii="Arial" w:hAnsi="Arial" w:eastAsia="Arial" w:cs="Arial"/>
      <w:i/>
      <w:iCs/>
      <w:color w:val="000000"/>
      <w:spacing w:val="15"/>
      <w:sz w:val="22"/>
      <w:szCs w:val="24"/>
      <w:lang w:val="de-D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Bewirtungsbeleg</dc:title>
  <dc:subject>Bearbeitbare Vorlage</dc:subject>
  <dc:creator>bimetrics</dc:creator>
  <cp:keywords/>
  <dc:description/>
  <cp:lastModifiedBy>bimetrics</cp:lastModifiedBy>
  <cp:revision>1</cp:revision>
  <dcterms:created xsi:type="dcterms:W3CDTF">2013-12-23T23:15:00Z</dcterms:created>
  <dcterms:modified xsi:type="dcterms:W3CDTF">2013-12-23T23:15:00Z</dcterms:modified>
  <cp:category/>
</cp:coreProperties>
</file>