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Ind w:w="0" w:type="dxa"/>
        <w:tblW w:w="9638" w:type="dxa"/>
      </w:tblPr>
      <w:tblGrid>
        <w:gridCol w:w="9638"/>
      </w:tblGrid>
      <w:tr>
        <w:trPr>
          <w:cantSplit/>
          <w:trHeight w:val="907" w:hRule="atLeast"/>
        </w:trPr>
        <w:tc>
          <w:tcPr>
            <w:tcW w:type="dxa" w:w="9638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/>
                <w:color w:val="20252B"/>
                <w:sz w:val="38"/>
              </w:rPr>
              <w:t>[Dein Unternehmen]</w:t>
            </w:r>
          </w:p>
        </w:tc>
      </w:tr>
    </w:tbl>
    <w:p>
      <w:pPr>
        <w:spacing w:before="0" w:after="0" w:line="340" w:lineRule="exact"/>
      </w:pPr>
      <w:r>
        <w:rPr>
          <w:rFonts w:ascii="Arial" w:hAnsi="Arial"/>
          <w:b w:val="0"/>
          <w:color w:val="20252B"/>
          <w:sz w:val="2"/>
        </w:rPr>
      </w:r>
    </w:p>
    <w:p>
      <w:pPr>
        <w:widowControl/>
        <w:spacing w:before="0" w:after="227" w:line="175" w:lineRule="exact"/>
      </w:pPr>
      <w:r>
        <w:rPr>
          <w:rFonts w:ascii="Arial" w:hAnsi="Arial"/>
          <w:b w:val="0"/>
          <w:color w:val="505861"/>
          <w:sz w:val="14"/>
        </w:rPr>
        <w:t>[Dein Unternehmen] · [Straße und Hausnummer] · [PLZ und Ort]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Ind w:w="0" w:type="dxa"/>
        <w:tblW w:w="9638" w:type="dxa"/>
      </w:tblPr>
      <w:tblGrid>
        <w:gridCol w:w="6236"/>
        <w:gridCol w:w="3402"/>
      </w:tblGrid>
      <w:tr>
        <w:trPr>
          <w:cantSplit/>
        </w:trPr>
        <w:tc>
          <w:tcPr>
            <w:tcW w:type="dxa" w:w="6236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0" w:before="0" w:line="310" w:lineRule="exact"/>
            </w:pPr>
            <w:r>
              <w:rPr>
                <w:rFonts w:ascii="Arial" w:hAnsi="Arial"/>
                <w:b w:val="0"/>
                <w:color w:val="20252B"/>
                <w:sz w:val="20"/>
              </w:rPr>
              <w:t>[Kundenname / Unternehmen]</w:t>
              <w:br/>
              <w:t>[Ansprechperson]</w:t>
              <w:br/>
              <w:t>[Straße und Hausnummer]</w:t>
              <w:br/>
              <w:t>[PLZ und Ort]</w:t>
            </w:r>
          </w:p>
        </w:tc>
        <w:tc>
          <w:tcPr>
            <w:tcW w:type="dxa" w:w="3402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Ind w:w="0" w:type="dxa"/>
              <w:tblW w:w="3402" w:type="dxa"/>
            </w:tblPr>
            <w:tblGrid>
              <w:gridCol w:w="1304"/>
              <w:gridCol w:w="2098"/>
            </w:tblGrid>
            <w:tr>
              <w:trPr>
                <w:cantSplit/>
              </w:trPr>
              <w:tc>
                <w:tcPr>
                  <w:tcW w:type="dxa" w:w="1304"/>
                  <w:vAlign w:val="top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after="142" w:before="0" w:line="200" w:lineRule="exact"/>
                  </w:pPr>
                  <w:r>
                    <w:rPr>
                      <w:rFonts w:ascii="Arial" w:hAnsi="Arial"/>
                      <w:b w:val="0"/>
                      <w:color w:val="505861"/>
                      <w:sz w:val="16"/>
                    </w:rPr>
                    <w:t>Nummer</w:t>
                  </w:r>
                </w:p>
              </w:tc>
              <w:tc>
                <w:tcPr>
                  <w:tcW w:type="dxa" w:w="2098"/>
                  <w:vAlign w:val="top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after="142" w:before="0" w:line="225" w:lineRule="exact"/>
                  </w:pPr>
                  <w:r>
                    <w:rPr>
                      <w:rFonts w:ascii="Arial" w:hAnsi="Arial"/>
                      <w:b w:val="0"/>
                      <w:color w:val="20252B"/>
                      <w:sz w:val="18"/>
                    </w:rPr>
                    <w:t>[Deine Nummer]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304"/>
                  <w:vAlign w:val="top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after="142" w:before="0" w:line="200" w:lineRule="exact"/>
                  </w:pPr>
                  <w:r>
                    <w:rPr>
                      <w:rFonts w:ascii="Arial" w:hAnsi="Arial"/>
                      <w:b w:val="0"/>
                      <w:color w:val="505861"/>
                      <w:sz w:val="16"/>
                    </w:rPr>
                    <w:t>Datum</w:t>
                  </w:r>
                </w:p>
              </w:tc>
              <w:tc>
                <w:tcPr>
                  <w:tcW w:type="dxa" w:w="2098"/>
                  <w:vAlign w:val="top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after="142" w:before="0" w:line="225" w:lineRule="exact"/>
                  </w:pPr>
                  <w:r>
                    <w:rPr>
                      <w:rFonts w:ascii="Arial" w:hAnsi="Arial"/>
                      <w:b w:val="0"/>
                      <w:color w:val="20252B"/>
                      <w:sz w:val="18"/>
                    </w:rPr>
                    <w:t>[TT.MM.JJJJ]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304"/>
                  <w:vAlign w:val="top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after="142" w:before="0" w:line="200" w:lineRule="exact"/>
                  </w:pPr>
                  <w:r>
                    <w:rPr>
                      <w:rFonts w:ascii="Arial" w:hAnsi="Arial"/>
                      <w:b w:val="0"/>
                      <w:color w:val="505861"/>
                      <w:sz w:val="16"/>
                    </w:rPr>
                    <w:t>Kontakt</w:t>
                  </w:r>
                </w:p>
              </w:tc>
              <w:tc>
                <w:tcPr>
                  <w:tcW w:type="dxa" w:w="2098"/>
                  <w:vAlign w:val="top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after="142" w:before="0" w:line="225" w:lineRule="exact"/>
                  </w:pPr>
                  <w:r>
                    <w:rPr>
                      <w:rFonts w:ascii="Arial" w:hAnsi="Arial"/>
                      <w:b w:val="0"/>
                      <w:color w:val="20252B"/>
                      <w:sz w:val="18"/>
                    </w:rPr>
                    <w:t>[Dein Name]</w:t>
                  </w:r>
                </w:p>
              </w:tc>
            </w:tr>
          </w:tbl>
          <w:p/>
        </w:tc>
      </w:tr>
    </w:tbl>
    <w:p>
      <w:pPr>
        <w:spacing w:before="0" w:after="0" w:line="510" w:lineRule="exact"/>
      </w:pPr>
      <w:r>
        <w:rPr>
          <w:rFonts w:ascii="Arial" w:hAnsi="Arial"/>
          <w:b w:val="0"/>
          <w:color w:val="20252B"/>
          <w:sz w:val="2"/>
        </w:rPr>
      </w:r>
    </w:p>
    <w:p>
      <w:pPr>
        <w:pStyle w:val="Title"/>
        <w:widowControl/>
        <w:spacing w:before="0" w:after="170" w:line="560" w:lineRule="exact"/>
      </w:pPr>
      <w:r>
        <w:rPr>
          <w:rFonts w:ascii="Arial" w:hAnsi="Arial"/>
          <w:b/>
          <w:color w:val="20252B"/>
          <w:sz w:val="46"/>
        </w:rPr>
        <w:t>Dauerrechnung</w:t>
      </w:r>
    </w:p>
    <w:p>
      <w:pPr>
        <w:widowControl/>
        <w:spacing w:before="0" w:after="397" w:line="310" w:lineRule="exact"/>
      </w:pPr>
      <w:r>
        <w:rPr>
          <w:rFonts w:ascii="Arial" w:hAnsi="Arial"/>
          <w:b w:val="0"/>
          <w:color w:val="505861"/>
          <w:sz w:val="20"/>
        </w:rPr>
        <w:t>[Wartungsleistung / Vertragsbezug]</w:t>
      </w:r>
    </w:p>
    <w:p>
      <w:pPr>
        <w:widowControl/>
        <w:spacing w:before="0" w:after="283" w:line="310" w:lineRule="exact"/>
      </w:pPr>
      <w:r>
        <w:rPr>
          <w:rFonts w:ascii="Arial" w:hAnsi="Arial"/>
          <w:b w:val="0"/>
          <w:color w:val="20252B"/>
          <w:sz w:val="20"/>
        </w:rPr>
        <w:t>Wir berechnen Ihnen monatlich die folgende Leistung.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Ind w:w="102" w:type="dxa"/>
        <w:tblW w:w="9638" w:type="dxa"/>
      </w:tblPr>
      <w:tblGrid>
        <w:gridCol w:w="624"/>
        <w:gridCol w:w="3685"/>
        <w:gridCol w:w="1417"/>
        <w:gridCol w:w="1871"/>
        <w:gridCol w:w="2041"/>
      </w:tblGrid>
      <w:tr>
        <w:trPr>
          <w:cantSplit/>
          <w:tblHeader/>
        </w:trPr>
        <w:tc>
          <w:tcPr>
            <w:tcW w:type="dxa" w:w="624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shd w:fill="F2F4F6" w:val="clear"/>
          </w:tcPr>
          <w:p>
            <w:pPr>
              <w:widowControl/>
              <w:spacing w:after="0" w:before="0" w:line="200" w:lineRule="exact"/>
              <w:jc w:val="left"/>
            </w:pPr>
            <w:r>
              <w:rPr>
                <w:rFonts w:ascii="Arial" w:hAnsi="Arial"/>
                <w:b w:val="0"/>
                <w:color w:val="505861"/>
                <w:sz w:val="16"/>
              </w:rPr>
              <w:t>Pos.</w:t>
            </w:r>
          </w:p>
        </w:tc>
        <w:tc>
          <w:tcPr>
            <w:tcW w:type="dxa" w:w="3685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shd w:fill="F2F4F6" w:val="clear"/>
          </w:tcPr>
          <w:p>
            <w:pPr>
              <w:widowControl/>
              <w:spacing w:after="0" w:before="0" w:line="200" w:lineRule="exact"/>
              <w:jc w:val="left"/>
            </w:pPr>
            <w:r>
              <w:rPr>
                <w:rFonts w:ascii="Arial" w:hAnsi="Arial"/>
                <w:b w:val="0"/>
                <w:color w:val="505861"/>
                <w:sz w:val="16"/>
              </w:rPr>
              <w:t>Leistung / Artikel</w:t>
            </w:r>
          </w:p>
        </w:tc>
        <w:tc>
          <w:tcPr>
            <w:tcW w:type="dxa" w:w="1417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shd w:fill="F2F4F6" w:val="clear"/>
          </w:tcPr>
          <w:p>
            <w:pPr>
              <w:widowControl/>
              <w:spacing w:after="0" w:before="0" w:line="200" w:lineRule="exact"/>
              <w:jc w:val="right"/>
            </w:pPr>
            <w:r>
              <w:rPr>
                <w:rFonts w:ascii="Arial" w:hAnsi="Arial"/>
                <w:b w:val="0"/>
                <w:color w:val="505861"/>
                <w:sz w:val="16"/>
              </w:rPr>
              <w:t>Menge</w:t>
            </w:r>
          </w:p>
        </w:tc>
        <w:tc>
          <w:tcPr>
            <w:tcW w:type="dxa" w:w="1871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shd w:fill="F2F4F6" w:val="clear"/>
          </w:tcPr>
          <w:p>
            <w:pPr>
              <w:widowControl/>
              <w:spacing w:after="0" w:before="0" w:line="200" w:lineRule="exact"/>
              <w:jc w:val="right"/>
            </w:pPr>
            <w:r>
              <w:rPr>
                <w:rFonts w:ascii="Arial" w:hAnsi="Arial"/>
                <w:b w:val="0"/>
                <w:color w:val="505861"/>
                <w:sz w:val="16"/>
              </w:rPr>
              <w:t>Einzelpreis netto</w:t>
            </w:r>
          </w:p>
        </w:tc>
        <w:tc>
          <w:tcPr>
            <w:tcW w:type="dxa" w:w="2041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shd w:fill="F2F4F6" w:val="clear"/>
          </w:tcPr>
          <w:p>
            <w:pPr>
              <w:widowControl/>
              <w:spacing w:after="0" w:before="0" w:line="200" w:lineRule="exact"/>
              <w:jc w:val="right"/>
            </w:pPr>
            <w:r>
              <w:rPr>
                <w:rFonts w:ascii="Arial" w:hAnsi="Arial"/>
                <w:b w:val="0"/>
                <w:color w:val="505861"/>
                <w:sz w:val="16"/>
              </w:rPr>
              <w:t>Gesamt netto</w:t>
            </w:r>
          </w:p>
        </w:tc>
      </w:tr>
      <w:tr>
        <w:trPr>
          <w:cantSplit/>
        </w:trPr>
        <w:tc>
          <w:tcPr>
            <w:tcW w:type="dxa" w:w="624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0" w:before="0" w:line="212" w:lineRule="exact"/>
            </w:pPr>
            <w:r>
              <w:rPr>
                <w:rFonts w:ascii="Arial" w:hAnsi="Arial"/>
                <w:b w:val="0"/>
                <w:color w:val="505861"/>
                <w:sz w:val="17"/>
              </w:rPr>
              <w:t>1</w:t>
            </w:r>
          </w:p>
        </w:tc>
        <w:tc>
          <w:tcPr>
            <w:tcW w:type="dxa" w:w="3685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96" w:before="0" w:line="310" w:lineRule="exact"/>
            </w:pPr>
            <w:r>
              <w:rPr>
                <w:rFonts w:ascii="Arial" w:hAnsi="Arial"/>
                <w:b/>
                <w:color w:val="20252B"/>
                <w:sz w:val="20"/>
              </w:rPr>
              <w:t>[IT-Wartung / Leistung]</w:t>
            </w:r>
          </w:p>
          <w:p>
            <w:pPr>
              <w:widowControl/>
              <w:spacing w:before="0" w:after="0" w:line="225" w:lineRule="exact"/>
            </w:pPr>
            <w:r>
              <w:rPr>
                <w:rFonts w:ascii="Arial" w:hAnsi="Arial"/>
                <w:b w:val="0"/>
                <w:color w:val="505861"/>
                <w:sz w:val="18"/>
              </w:rPr>
              <w:t>[Vereinbarter Umfang je Kalendermonat]</w:t>
            </w:r>
          </w:p>
        </w:tc>
        <w:tc>
          <w:tcPr>
            <w:tcW w:type="dxa" w:w="1417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20"/>
              </w:rPr>
              <w:t>[Menge]</w:t>
            </w:r>
          </w:p>
          <w:p>
            <w:pPr>
              <w:widowControl/>
              <w:spacing w:before="0" w:after="0" w:line="200" w:lineRule="exact"/>
              <w:jc w:val="right"/>
            </w:pPr>
            <w:r>
              <w:rPr>
                <w:rFonts w:ascii="Arial" w:hAnsi="Arial"/>
                <w:b w:val="0"/>
                <w:color w:val="505861"/>
                <w:sz w:val="16"/>
              </w:rPr>
              <w:t>Monat</w:t>
            </w:r>
          </w:p>
        </w:tc>
        <w:tc>
          <w:tcPr>
            <w:tcW w:type="dxa" w:w="1871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20"/>
              </w:rPr>
              <w:t>[Preis] €</w:t>
            </w:r>
          </w:p>
        </w:tc>
        <w:tc>
          <w:tcPr>
            <w:tcW w:type="dxa" w:w="2041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20"/>
              </w:rPr>
              <w:t>[Betrag] €</w:t>
            </w:r>
          </w:p>
        </w:tc>
      </w:tr>
    </w:tbl>
    <w:p>
      <w:pPr>
        <w:spacing w:before="0" w:after="0" w:line="283" w:lineRule="exact"/>
      </w:pPr>
      <w:r>
        <w:rPr>
          <w:rFonts w:ascii="Arial" w:hAnsi="Arial"/>
          <w:b w:val="0"/>
          <w:color w:val="20252B"/>
          <w:sz w:val="2"/>
        </w:rPr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jc w:val="right"/>
        <w:tblInd w:w="142" w:type="dxa"/>
        <w:tblW w:w="4989" w:type="dxa"/>
      </w:tblPr>
      <w:tblGrid>
        <w:gridCol w:w="2891"/>
        <w:gridCol w:w="2098"/>
      </w:tblGrid>
      <w:tr>
        <w:trPr>
          <w:cantSplit/>
        </w:trPr>
        <w:tc>
          <w:tcPr>
            <w:tcW w:type="dxa" w:w="2891"/>
            <w:vAlign w:val="top"/>
            <w:tcMar>
              <w:top w:w="142" w:type="dxa"/>
              <w:left w:w="142" w:type="dxa"/>
              <w:bottom w:w="142" w:type="dxa"/>
              <w:right w:w="142" w:type="dxa"/>
            </w:tcMar>
          </w:tcPr>
          <w:p>
            <w:pPr>
              <w:keepNext/>
              <w:widowControl/>
              <w:spacing w:after="0" w:before="0" w:line="310" w:lineRule="exact"/>
            </w:pPr>
            <w:r>
              <w:rPr>
                <w:rFonts w:ascii="Arial" w:hAnsi="Arial"/>
                <w:b w:val="0"/>
                <w:color w:val="20252B"/>
                <w:sz w:val="20"/>
              </w:rPr>
              <w:t>Monatlicher Nettobetrag</w:t>
            </w:r>
          </w:p>
        </w:tc>
        <w:tc>
          <w:tcPr>
            <w:tcW w:type="dxa" w:w="2098"/>
            <w:vAlign w:val="top"/>
            <w:tcMar>
              <w:top w:w="142" w:type="dxa"/>
              <w:left w:w="142" w:type="dxa"/>
              <w:bottom w:w="142" w:type="dxa"/>
              <w:right w:w="142" w:type="dxa"/>
            </w:tcMar>
          </w:tcPr>
          <w:p>
            <w:pPr>
              <w:keepNext/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20"/>
              </w:rPr>
              <w:t>[Betrag] €</w:t>
            </w:r>
          </w:p>
        </w:tc>
      </w:tr>
      <w:tr>
        <w:trPr>
          <w:cantSplit/>
        </w:trPr>
        <w:tc>
          <w:tcPr>
            <w:tcW w:type="dxa" w:w="2891"/>
            <w:vAlign w:val="top"/>
            <w:tcMar>
              <w:top w:w="142" w:type="dxa"/>
              <w:left w:w="142" w:type="dxa"/>
              <w:bottom w:w="142" w:type="dxa"/>
              <w:right w:w="142" w:type="dxa"/>
            </w:tcMar>
          </w:tcPr>
          <w:p>
            <w:pPr>
              <w:keepNext/>
              <w:widowControl/>
              <w:spacing w:after="0" w:before="0" w:line="310" w:lineRule="exact"/>
            </w:pPr>
            <w:r>
              <w:rPr>
                <w:rFonts w:ascii="Arial" w:hAnsi="Arial"/>
                <w:b w:val="0"/>
                <w:color w:val="20252B"/>
                <w:sz w:val="20"/>
              </w:rPr>
              <w:t>Umsatzsteuer [Satz] %</w:t>
            </w:r>
          </w:p>
        </w:tc>
        <w:tc>
          <w:tcPr>
            <w:tcW w:type="dxa" w:w="2098"/>
            <w:vAlign w:val="top"/>
            <w:tcMar>
              <w:top w:w="142" w:type="dxa"/>
              <w:left w:w="142" w:type="dxa"/>
              <w:bottom w:w="142" w:type="dxa"/>
              <w:right w:w="142" w:type="dxa"/>
            </w:tcMar>
          </w:tcPr>
          <w:p>
            <w:pPr>
              <w:keepNext/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20"/>
              </w:rPr>
              <w:t>[Betrag] €</w:t>
            </w:r>
          </w:p>
        </w:tc>
      </w:tr>
      <w:tr>
        <w:trPr>
          <w:cantSplit/>
        </w:trPr>
        <w:tc>
          <w:tcPr>
            <w:tcW w:type="dxa" w:w="2891"/>
            <w:vAlign w:val="top"/>
            <w:tcMar>
              <w:top w:w="142" w:type="dxa"/>
              <w:left w:w="142" w:type="dxa"/>
              <w:bottom w:w="142" w:type="dxa"/>
              <w:right w:w="142" w:type="dxa"/>
            </w:tcMar>
            <w:shd w:fill="F2F4F6" w:val="clear"/>
          </w:tcPr>
          <w:p>
            <w:pPr>
              <w:keepNext w:val="0"/>
              <w:widowControl/>
              <w:spacing w:after="0" w:before="0" w:line="310" w:lineRule="exact"/>
            </w:pPr>
            <w:r>
              <w:rPr>
                <w:rFonts w:ascii="Arial" w:hAnsi="Arial"/>
                <w:b/>
                <w:color w:val="20252B"/>
                <w:sz w:val="20"/>
              </w:rPr>
              <w:t>Monatlicher Zahlbetrag</w:t>
            </w:r>
          </w:p>
        </w:tc>
        <w:tc>
          <w:tcPr>
            <w:tcW w:type="dxa" w:w="2098"/>
            <w:vAlign w:val="top"/>
            <w:tcMar>
              <w:top w:w="142" w:type="dxa"/>
              <w:left w:w="142" w:type="dxa"/>
              <w:bottom w:w="142" w:type="dxa"/>
              <w:right w:w="142" w:type="dxa"/>
            </w:tcMar>
            <w:shd w:fill="F2F4F6" w:val="clear"/>
          </w:tcPr>
          <w:p>
            <w:pPr>
              <w:keepNext w:val="0"/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/>
                <w:color w:val="20252B"/>
                <w:sz w:val="30"/>
              </w:rPr>
              <w:t>[Betrag] €</w:t>
            </w:r>
          </w:p>
        </w:tc>
      </w:tr>
    </w:tbl>
    <w:p>
      <w:pPr>
        <w:spacing w:before="0" w:after="0" w:line="340" w:lineRule="exact"/>
      </w:pPr>
      <w:r>
        <w:rPr>
          <w:rFonts w:ascii="Arial" w:hAnsi="Arial"/>
          <w:b w:val="0"/>
          <w:color w:val="20252B"/>
          <w:sz w:val="2"/>
        </w:rPr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Ind w:w="0" w:type="dxa"/>
        <w:tblW w:w="9638" w:type="dxa"/>
      </w:tblPr>
      <w:tblGrid>
        <w:gridCol w:w="3005"/>
        <w:gridCol w:w="6633"/>
      </w:tblGrid>
      <w:tr>
        <w:trPr>
          <w:cantSplit/>
        </w:trPr>
        <w:tc>
          <w:tcPr>
            <w:tcW w:type="dxa" w:w="3005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142" w:before="0" w:line="225" w:lineRule="exact"/>
            </w:pPr>
            <w:r>
              <w:rPr>
                <w:rFonts w:ascii="Arial" w:hAnsi="Arial"/>
                <w:b w:val="0"/>
                <w:color w:val="505861"/>
                <w:sz w:val="18"/>
              </w:rPr>
              <w:t>Leistungszeitraum</w:t>
            </w:r>
          </w:p>
        </w:tc>
        <w:tc>
          <w:tcPr>
            <w:tcW w:type="dxa" w:w="6633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142" w:before="0" w:line="237" w:lineRule="exact"/>
            </w:pPr>
            <w:r>
              <w:rPr>
                <w:rFonts w:ascii="Arial" w:hAnsi="Arial"/>
                <w:b w:val="0"/>
                <w:color w:val="20252B"/>
                <w:sz w:val="19"/>
              </w:rPr>
              <w:t>[TT.MM.JJJJ] bis [TT.MM.JJJJ]</w:t>
            </w:r>
          </w:p>
        </w:tc>
      </w:tr>
      <w:tr>
        <w:trPr>
          <w:cantSplit/>
        </w:trPr>
        <w:tc>
          <w:tcPr>
            <w:tcW w:type="dxa" w:w="3005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142" w:before="0" w:line="225" w:lineRule="exact"/>
            </w:pPr>
            <w:r>
              <w:rPr>
                <w:rFonts w:ascii="Arial" w:hAnsi="Arial"/>
                <w:b w:val="0"/>
                <w:color w:val="505861"/>
                <w:sz w:val="18"/>
              </w:rPr>
              <w:t>Abrechnungszeitraum</w:t>
            </w:r>
          </w:p>
        </w:tc>
        <w:tc>
          <w:tcPr>
            <w:tcW w:type="dxa" w:w="6633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142" w:before="0" w:line="237" w:lineRule="exact"/>
            </w:pPr>
            <w:r>
              <w:rPr>
                <w:rFonts w:ascii="Arial" w:hAnsi="Arial"/>
                <w:b w:val="0"/>
                <w:color w:val="20252B"/>
                <w:sz w:val="19"/>
              </w:rPr>
              <w:t>Jeweils ein Kalendermonat</w:t>
            </w:r>
          </w:p>
        </w:tc>
      </w:tr>
      <w:tr>
        <w:trPr>
          <w:cantSplit/>
        </w:trPr>
        <w:tc>
          <w:tcPr>
            <w:tcW w:type="dxa" w:w="3005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142" w:before="0" w:line="225" w:lineRule="exact"/>
            </w:pPr>
            <w:r>
              <w:rPr>
                <w:rFonts w:ascii="Arial" w:hAnsi="Arial"/>
                <w:b w:val="0"/>
                <w:color w:val="505861"/>
                <w:sz w:val="18"/>
              </w:rPr>
              <w:t>Fälligkeit</w:t>
            </w:r>
          </w:p>
        </w:tc>
        <w:tc>
          <w:tcPr>
            <w:tcW w:type="dxa" w:w="6633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142" w:before="0" w:line="237" w:lineRule="exact"/>
            </w:pPr>
            <w:r>
              <w:rPr>
                <w:rFonts w:ascii="Arial" w:hAnsi="Arial"/>
                <w:b w:val="0"/>
                <w:color w:val="20252B"/>
                <w:sz w:val="19"/>
              </w:rPr>
              <w:t>Jeweils am [Tag] des Folgemonats</w:t>
            </w:r>
          </w:p>
        </w:tc>
      </w:tr>
    </w:tbl>
    <w:p>
      <w:pPr>
        <w:widowControl/>
        <w:spacing w:before="227" w:after="0" w:line="310" w:lineRule="exact"/>
      </w:pPr>
      <w:r>
        <w:rPr>
          <w:rFonts w:ascii="Arial" w:hAnsi="Arial"/>
          <w:b w:val="0"/>
          <w:color w:val="20252B"/>
          <w:sz w:val="20"/>
        </w:rPr>
        <w:t>Erstmals fällig am [TT.MM.JJJJ], zuletzt am [TT.MM.JJJJ]. Diese Dauerrechnung gilt für die genannten Monatszeiträume, solange die Rechnungsangaben unverändert bleiben. Bitte geben Sie bei der Zahlung die Rechnungsnummer an.</w:t>
      </w:r>
    </w:p>
    <w:sectPr w:rsidR="00FC693F" w:rsidRPr="0006063C" w:rsidSect="00034616">
      <w:footerReference w:type="default" r:id="rId9"/>
      <w:pgSz w:w="11906" w:h="16838"/>
      <w:pgMar w:top="1134" w:right="1134" w:bottom="2041" w:left="1134" w:header="567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170" w:line="20" w:lineRule="exact"/>
      <w:pBdr>
        <w:bottom w:val="single" w:sz="4" w:color="D9DDE2" w:space="0"/>
      </w:pBdr>
    </w:pPr>
  </w:p>
  <w:tbl>
    <w:tblPr>
      <w:tblLayout w:type="fixed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Ind w:w="0" w:type="dxa"/>
      <w:tblW w:w="9638" w:type="dxa"/>
    </w:tblPr>
    <w:tblGrid>
      <w:gridCol w:w="3345"/>
      <w:gridCol w:w="3231"/>
      <w:gridCol w:w="3061"/>
    </w:tblGrid>
    <w:tr>
      <w:trPr>
        <w:cantSplit/>
      </w:trPr>
      <w:tc>
        <w:tcPr>
          <w:tcW w:type="dxa" w:w="3345"/>
          <w:vAlign w:val="top"/>
          <w:tcMar>
            <w:top w:w="0" w:type="dxa"/>
            <w:left w:w="0" w:type="dxa"/>
            <w:bottom w:w="0" w:type="dxa"/>
            <w:right w:w="0" w:type="dxa"/>
          </w:tcMar>
        </w:tcPr>
        <w:p>
          <w:pPr>
            <w:widowControl/>
            <w:spacing w:after="0" w:before="0" w:line="182" w:lineRule="exact"/>
          </w:pPr>
          <w:r>
            <w:rPr>
              <w:rFonts w:ascii="Arial" w:hAnsi="Arial"/>
              <w:b/>
              <w:color w:val="20252B"/>
              <w:sz w:val="14"/>
            </w:rPr>
            <w:t>[Dein Unternehmen]</w:t>
          </w:r>
        </w:p>
        <w:p>
          <w:pPr>
            <w:widowControl/>
            <w:spacing w:before="0" w:after="0" w:line="182" w:lineRule="exact"/>
          </w:pPr>
          <w:r>
            <w:rPr>
              <w:rFonts w:ascii="Arial" w:hAnsi="Arial"/>
              <w:b w:val="0"/>
              <w:color w:val="505861"/>
              <w:sz w:val="14"/>
            </w:rPr>
            <w:t>[Vollständiger Name / Firma]</w:t>
            <w:br/>
            <w:t>[Straße und Hausnummer]</w:t>
            <w:br/>
            <w:t>[PLZ und Ort]</w:t>
          </w:r>
        </w:p>
      </w:tc>
      <w:tc>
        <w:tcPr>
          <w:tcW w:type="dxa" w:w="3231"/>
          <w:vAlign w:val="top"/>
          <w:tcMar>
            <w:top w:w="0" w:type="dxa"/>
            <w:left w:w="0" w:type="dxa"/>
            <w:bottom w:w="0" w:type="dxa"/>
            <w:right w:w="0" w:type="dxa"/>
          </w:tcMar>
        </w:tcPr>
        <w:p>
          <w:pPr>
            <w:widowControl/>
            <w:spacing w:after="0" w:before="0" w:line="182" w:lineRule="exact"/>
          </w:pPr>
          <w:r>
            <w:rPr>
              <w:rFonts w:ascii="Arial" w:hAnsi="Arial"/>
              <w:b/>
              <w:color w:val="20252B"/>
              <w:sz w:val="14"/>
            </w:rPr>
            <w:t>Kontakt und Angaben</w:t>
          </w:r>
        </w:p>
        <w:p>
          <w:pPr>
            <w:widowControl/>
            <w:spacing w:before="0" w:after="0" w:line="182" w:lineRule="exact"/>
          </w:pPr>
          <w:r>
            <w:rPr>
              <w:rFonts w:ascii="Arial" w:hAnsi="Arial"/>
              <w:b w:val="0"/>
              <w:color w:val="505861"/>
              <w:sz w:val="14"/>
            </w:rPr>
            <w:t>[E-Mail-Adresse]</w:t>
            <w:br/>
            <w:t>Steuernr. / USt-IdNr.</w:t>
            <w:br/>
            <w:t>[Steuernummer oder USt-IdNr.]</w:t>
            <w:br/>
            <w:t>[Weitere Pflichtangaben deiner Rechtsform]</w:t>
          </w:r>
        </w:p>
      </w:tc>
      <w:tc>
        <w:tcPr>
          <w:tcW w:type="dxa" w:w="3061"/>
          <w:vAlign w:val="top"/>
          <w:tcMar>
            <w:top w:w="0" w:type="dxa"/>
            <w:left w:w="0" w:type="dxa"/>
            <w:bottom w:w="0" w:type="dxa"/>
            <w:right w:w="0" w:type="dxa"/>
          </w:tcMar>
        </w:tcPr>
        <w:p>
          <w:pPr>
            <w:widowControl/>
            <w:spacing w:after="0" w:before="0" w:line="182" w:lineRule="exact"/>
          </w:pPr>
          <w:r>
            <w:rPr>
              <w:rFonts w:ascii="Arial" w:hAnsi="Arial"/>
              <w:b/>
              <w:color w:val="20252B"/>
              <w:sz w:val="14"/>
            </w:rPr>
            <w:t>Bankverbindung</w:t>
          </w:r>
        </w:p>
        <w:p>
          <w:pPr>
            <w:widowControl/>
            <w:spacing w:before="0" w:after="0" w:line="182" w:lineRule="exact"/>
          </w:pPr>
          <w:r>
            <w:rPr>
              <w:rFonts w:ascii="Arial" w:hAnsi="Arial"/>
              <w:b w:val="0"/>
              <w:color w:val="505861"/>
              <w:sz w:val="14"/>
            </w:rPr>
            <w:t>[Bankname]</w:t>
            <w:br/>
            <w:t>[Deine IBAN]</w:t>
          </w:r>
        </w:p>
      </w:tc>
    </w:tr>
  </w:tbl>
  <w:p>
    <w:pPr>
      <w:pStyle w:val="FooterPageNumber"/>
      <w:widowControl/>
      <w:spacing w:before="170" w:after="0" w:line="175" w:lineRule="exact"/>
      <w:jc w:val="right"/>
    </w:pPr>
    <w:r>
      <w:rPr>
        <w:rFonts w:ascii="Arial" w:hAnsi="Arial"/>
        <w:b w:val="0"/>
        <w:color w:val="505861"/>
        <w:sz w:val="14"/>
      </w:rPr>
      <w:t xml:space="preserve">Seite </w:t>
    </w:r>
    <w:fldSimple w:instr="PAGE">
      <w:r>
        <w:rPr>
          <w:rFonts w:ascii="Arial" w:hAnsi="Arial"/>
          <w:b w:val="0"/>
          <w:color w:val="505861"/>
          <w:sz w:val="14"/>
        </w:rPr>
        <w:t>1</w:t>
      </w:r>
    </w:fldSimple>
    <w:r>
      <w:rPr>
        <w:rFonts w:ascii="Arial" w:hAnsi="Arial"/>
        <w:b w:val="0"/>
        <w:color w:val="505861"/>
        <w:sz w:val="14"/>
      </w:rPr>
      <w:t xml:space="preserve"> / </w:t>
    </w:r>
    <w:fldSimple w:instr="NUMPAGES">
      <w:r>
        <w:rPr>
          <w:rFonts w:ascii="Arial" w:hAnsi="Arial"/>
          <w:b w:val="0"/>
          <w:color w:val="505861"/>
          <w:sz w:val="14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300" w:lineRule="exact"/>
    </w:pPr>
    <w:rPr>
      <w:rFonts w:ascii="Arial" w:hAnsi="Arial"/>
      <w:color w:val="20252B"/>
      <w:sz w:val="20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20252B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oterPageNumber">
    <w:name w:val="Footer Page Number"/>
    <w:basedOn w:val="Normal"/>
    <w:rPr>
      <w:rFonts w:ascii="Arial" w:hAnsi="Arial"/>
      <w:color w:val="505861"/>
      <w:sz w:val="1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Dauerrechnung Vorlage</dc:title>
  <dc:subject>Bearbeitbare Vorlage für monatlich vereinbarte Teilleistungen mit nachschüssiger Zahlung</dc:subject>
  <dc:creator>bimetrics</dc:creator>
  <cp:keywords/>
  <dc:description>generated by python-docx</dc:description>
  <cp:lastModifiedBy>bimetrics</cp:lastModifiedBy>
  <cp:revision>1</cp:revision>
  <dcterms:created xsi:type="dcterms:W3CDTF">2026-10-19T00:00:00Z</dcterms:created>
  <dcterms:modified xsi:type="dcterms:W3CDTF">2026-10-19T00:00:00Z</dcterms:modified>
  <cp:category/>
</cp:coreProperties>
</file>