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Eigenbeleg</w:t>
      </w:r>
    </w:p>
    <w:p>
      <w:pPr>
        <w:spacing w:after="280"/>
      </w:pPr>
      <w:r>
        <w:rPr>
          <w:color w:val="4B4B4B"/>
        </w:rPr>
        <w:t>Dokumentation einer Ausgabe ohne Originalbeleg</w:t>
        <w:br/>
        <w:t>Ersetze die Platzhalter und prüfe die Angaben vor der Ablage.</w:t>
      </w:r>
    </w:p>
    <w:p>
      <w:pPr>
        <w:keepNext/>
        <w:spacing w:after="60"/>
      </w:pPr>
      <w:r>
        <w:rPr>
          <w:b/>
          <w:sz w:val="20"/>
        </w:rPr>
        <w:t>Belegnummer (optional)</w:t>
      </w:r>
    </w:p>
    <w:p>
      <w:pPr>
        <w:keepLines/>
        <w:spacing w:after="180"/>
      </w:pPr>
      <w:r>
        <w:rPr>
          <w:color w:val="4B4B4B"/>
        </w:rPr>
        <w:t>[Eigene Belegnummer]</w:t>
      </w:r>
    </w:p>
    <w:p>
      <w:pPr>
        <w:keepNext/>
        <w:tabs>
          <w:tab w:pos="4989" w:val="left"/>
        </w:tabs>
        <w:spacing w:after="60"/>
      </w:pPr>
      <w:r>
        <w:rPr>
          <w:b/>
          <w:sz w:val="20"/>
        </w:rPr>
        <w:t>Datum der Ausgabe</w:t>
        <w:tab/>
        <w:t>Betrag gesamt</w:t>
      </w:r>
    </w:p>
    <w:p>
      <w:pPr>
        <w:keepNext w:val="0"/>
        <w:tabs>
          <w:tab w:pos="4989" w:val="left"/>
        </w:tabs>
        <w:spacing w:after="180"/>
      </w:pPr>
      <w:r>
        <w:rPr>
          <w:b w:val="0"/>
          <w:color w:val="4B4B4B"/>
          <w:sz w:val="22"/>
        </w:rPr>
        <w:t>[TT.MM.JJJJ]</w:t>
        <w:tab/>
        <w:t>[Betrag in Euro]</w:t>
      </w:r>
    </w:p>
    <w:p>
      <w:pPr>
        <w:keepNext/>
        <w:spacing w:after="60"/>
      </w:pPr>
      <w:r>
        <w:rPr>
          <w:b/>
          <w:sz w:val="20"/>
        </w:rPr>
        <w:t>Zahlungsempfänger und Anschrift (soweit bekannt)</w:t>
      </w:r>
    </w:p>
    <w:p>
      <w:pPr>
        <w:keepLines/>
        <w:spacing w:after="180"/>
      </w:pPr>
      <w:r>
        <w:rPr>
          <w:color w:val="4B4B4B"/>
        </w:rPr>
        <w:t>[Name des Zahlungsempfängers]</w:t>
        <w:br/>
        <w:t>[Straße und Hausnummer]</w:t>
        <w:br/>
        <w:t>[Postleitzahl und Ort]</w:t>
      </w:r>
    </w:p>
    <w:p>
      <w:pPr>
        <w:keepNext/>
        <w:spacing w:after="60"/>
      </w:pPr>
      <w:r>
        <w:rPr>
          <w:b/>
          <w:sz w:val="20"/>
        </w:rPr>
        <w:t>Ausgabe und betrieblicher Anlass</w:t>
      </w:r>
    </w:p>
    <w:p>
      <w:pPr>
        <w:keepLines/>
        <w:spacing w:after="180"/>
      </w:pPr>
      <w:r>
        <w:rPr>
          <w:color w:val="4B4B4B"/>
        </w:rPr>
        <w:t>[Was wurde bezahlt und wofür war die Ausgabe betrieblich nötig?]</w:t>
      </w:r>
    </w:p>
    <w:p>
      <w:pPr>
        <w:keepNext/>
        <w:spacing w:after="60"/>
      </w:pPr>
      <w:r>
        <w:rPr>
          <w:b/>
          <w:sz w:val="20"/>
        </w:rPr>
        <w:t>Warum fehlt der Originalbeleg?</w:t>
      </w:r>
    </w:p>
    <w:p>
      <w:pPr>
        <w:keepLines/>
        <w:spacing w:after="180"/>
      </w:pPr>
      <w:r>
        <w:rPr>
          <w:color w:val="4B4B4B"/>
        </w:rPr>
        <w:t>[Konkreter Grund und gegebenenfalls Anfrage nach einer Zweitschrift]</w:t>
      </w:r>
    </w:p>
    <w:p>
      <w:pPr>
        <w:keepNext/>
        <w:spacing w:after="60"/>
      </w:pPr>
      <w:r>
        <w:rPr>
          <w:b/>
          <w:sz w:val="20"/>
        </w:rPr>
        <w:t>Name und Unternehmen</w:t>
      </w:r>
    </w:p>
    <w:p>
      <w:pPr>
        <w:keepLines/>
        <w:spacing w:after="180"/>
      </w:pPr>
      <w:r>
        <w:rPr>
          <w:color w:val="4B4B4B"/>
        </w:rPr>
        <w:t>[Vorname Nachname]</w:t>
        <w:br/>
        <w:t>[Unternehmen, falls zutreffend]</w:t>
      </w:r>
    </w:p>
    <w:p>
      <w:pPr>
        <w:keepNext/>
        <w:tabs>
          <w:tab w:pos="4989" w:val="left"/>
        </w:tabs>
        <w:spacing w:after="60"/>
      </w:pPr>
      <w:r>
        <w:rPr>
          <w:b/>
          <w:sz w:val="20"/>
        </w:rPr>
        <w:t>Ort der Erstellung</w:t>
        <w:tab/>
        <w:t>Datum der Erstellung</w:t>
      </w:r>
    </w:p>
    <w:p>
      <w:pPr>
        <w:keepNext w:val="0"/>
        <w:tabs>
          <w:tab w:pos="4989" w:val="left"/>
        </w:tabs>
        <w:spacing w:after="180"/>
      </w:pPr>
      <w:r>
        <w:rPr>
          <w:b w:val="0"/>
          <w:color w:val="4B4B4B"/>
          <w:sz w:val="22"/>
        </w:rPr>
        <w:t>[Ort]</w:t>
        <w:tab/>
        <w:t>[TT.MM.JJJJ]</w:t>
      </w:r>
    </w:p>
    <w:p>
      <w:pPr>
        <w:keepNext/>
        <w:spacing w:after="60"/>
      </w:pPr>
      <w:r>
        <w:rPr>
          <w:b/>
          <w:sz w:val="20"/>
        </w:rPr>
        <w:t>Unterschrift</w:t>
      </w:r>
    </w:p>
    <w:p>
      <w:pPr>
        <w:keepLines/>
        <w:spacing w:after="200"/>
      </w:pPr>
      <w:r>
        <w:rPr>
          <w:color w:val="4B4B4B"/>
        </w:rPr>
        <w:t>________________________________________</w:t>
      </w:r>
    </w:p>
    <w:p>
      <w:pPr>
        <w:keepLines/>
        <w:spacing w:before="100" w:after="60"/>
      </w:pPr>
      <w:r>
        <w:rPr>
          <w:color w:val="4B4B4B"/>
          <w:sz w:val="20"/>
        </w:rPr>
        <w:t>Angaben prüfen und den Beleg gegebenenfalls unterschreiben.</w:t>
      </w:r>
    </w:p>
    <w:p>
      <w:pPr>
        <w:keepLines/>
        <w:spacing w:before="0" w:after="60"/>
      </w:pPr>
      <w:r>
        <w:rPr>
          <w:color w:val="4B4B4B"/>
          <w:sz w:val="20"/>
        </w:rPr>
        <w:t>Bewahre den Eigenbeleg zusammen mit den zugehörigen Nachweisen auf.</w:t>
      </w:r>
    </w:p>
    <w:sectPr w:rsidR="00FC693F" w:rsidRPr="0006063C" w:rsidSect="00034616"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 w:cs="Arial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 w:line="259" w:lineRule="auto"/>
      <w:outlineLvl w:val="0"/>
    </w:pPr>
    <w:rPr>
      <w:rFonts w:ascii="Arial" w:hAnsi="Arial" w:eastAsia="Arial" w:cs="Arial"/>
      <w:b/>
      <w:bCs/>
      <w:color w:val="000000"/>
      <w:sz w:val="2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/>
      <w:contextualSpacing/>
    </w:pPr>
    <w:rPr>
      <w:rFonts w:ascii="Arial" w:hAnsi="Arial" w:eastAsia="Arial" w:cs="Arial"/>
      <w:b/>
      <w:color w:val="000000"/>
      <w:spacing w:val="5"/>
      <w:kern w:val="28"/>
      <w:sz w:val="48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9" w:lineRule="auto"/>
    </w:pPr>
    <w:rPr>
      <w:rFonts w:ascii="Arial" w:hAnsi="Arial" w:eastAsia="Arial" w:cs="Arial"/>
      <w:i/>
      <w:iCs/>
      <w:color w:val="000000"/>
      <w:spacing w:val="15"/>
      <w:sz w:val="22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Eigenbeleg</dc:title>
  <dc:subject>Bearbeitbare Vorlage</dc:subject>
  <dc:creator>bimetrics</dc:creator>
  <cp:keywords/>
  <dc:description/>
  <cp:lastModifiedBy>bimetrics</cp:lastModifiedBy>
  <cp:revision>1</cp:revision>
  <dcterms:created xsi:type="dcterms:W3CDTF">2013-12-23T23:15:00Z</dcterms:created>
  <dcterms:modified xsi:type="dcterms:W3CDTF">2013-12-23T23:15:00Z</dcterms:modified>
  <cp:category/>
</cp:coreProperties>
</file>