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Borders>
          <w:top w:val="nil"/>
          <w:left w:val="nil"/>
          <w:bottom w:val="nil"/>
          <w:right w:val="nil"/>
          <w:insideH w:val="nil"/>
          <w:insideV w:val="nil"/>
        </w:tblBorders>
        <w:tblInd w:w="0" w:type="dxa"/>
        <w:tblW w:w="9638" w:type="dxa"/>
      </w:tblPr>
      <w:tblGrid>
        <w:gridCol w:w="9638"/>
      </w:tblGrid>
      <w:tr>
        <w:trPr>
          <w:cantSplit/>
        </w:trPr>
        <w:tc>
          <w:tcPr>
            <w:tcW w:type="dxa" w:w="9638"/>
            <w:vAlign w:val="top"/>
            <w:tcMar>
              <w:top w:w="0" w:type="dxa"/>
              <w:left w:w="0" w:type="dxa"/>
              <w:bottom w:w="0" w:type="dxa"/>
              <w:right w:w="0" w:type="dxa"/>
            </w:tcMar>
          </w:tcPr>
          <w:p>
            <w:pPr>
              <w:widowControl/>
              <w:spacing w:after="0" w:before="0" w:line="418" w:lineRule="exact"/>
              <w:jc w:val="right"/>
            </w:pPr>
            <w:r>
              <w:rPr>
                <w:rFonts w:ascii="Arial" w:hAnsi="Arial"/>
                <w:b/>
                <w:color w:val="20252B"/>
                <w:sz w:val="38"/>
              </w:rPr>
              <w:t>[Dein Unternehmen]</w:t>
            </w:r>
          </w:p>
        </w:tc>
      </w:tr>
    </w:tbl>
    <w:p>
      <w:pPr>
        <w:spacing w:before="0" w:after="0" w:line="510" w:lineRule="exact"/>
      </w:pPr>
      <w:r>
        <w:rPr>
          <w:rFonts w:ascii="Arial" w:hAnsi="Arial"/>
          <w:b w:val="0"/>
          <w:color w:val="20252B"/>
          <w:sz w:val="2"/>
        </w:rPr>
      </w:r>
    </w:p>
    <w:p>
      <w:pPr>
        <w:widowControl/>
        <w:spacing w:before="0" w:after="283" w:line="175" w:lineRule="exact"/>
      </w:pPr>
      <w:r>
        <w:rPr>
          <w:rFonts w:ascii="Arial" w:hAnsi="Arial"/>
          <w:b w:val="0"/>
          <w:color w:val="505861"/>
          <w:sz w:val="14"/>
        </w:rPr>
        <w:t>[Dein Unternehmen] · [Straße Hausnummer] · [PLZ Ort]</w:t>
      </w:r>
    </w:p>
    <w:tbl>
      <w:tblPr>
        <w:tblLayout w:type="fixed"/>
        <w:tblLook w:firstColumn="1" w:firstRow="1" w:lastColumn="0" w:lastRow="0" w:noHBand="0" w:noVBand="1" w:val="04A0"/>
        <w:tblBorders>
          <w:top w:val="nil"/>
          <w:left w:val="nil"/>
          <w:bottom w:val="nil"/>
          <w:right w:val="nil"/>
          <w:insideH w:val="nil"/>
          <w:insideV w:val="nil"/>
        </w:tblBorders>
        <w:tblInd w:w="0" w:type="dxa"/>
        <w:tblW w:w="9638" w:type="dxa"/>
      </w:tblPr>
      <w:tblGrid>
        <w:gridCol w:w="6350"/>
        <w:gridCol w:w="3288"/>
      </w:tblGrid>
      <w:tr>
        <w:trPr>
          <w:cantSplit/>
        </w:trPr>
        <w:tc>
          <w:tcPr>
            <w:tcW w:type="dxa" w:w="6350"/>
            <w:vAlign w:val="top"/>
            <w:tcMar>
              <w:top w:w="0" w:type="dxa"/>
              <w:left w:w="0" w:type="dxa"/>
              <w:bottom w:w="0" w:type="dxa"/>
              <w:right w:w="0" w:type="dxa"/>
            </w:tcMar>
          </w:tcPr>
          <w:p>
            <w:pPr>
              <w:widowControl/>
              <w:spacing w:after="0" w:before="0" w:line="270" w:lineRule="exact"/>
            </w:pPr>
            <w:r>
              <w:rPr>
                <w:rFonts w:ascii="Arial" w:hAnsi="Arial"/>
                <w:b w:val="0"/>
                <w:color w:val="20252B"/>
                <w:sz w:val="21"/>
              </w:rPr>
              <w:t>[Kunde / Unternehmen]</w:t>
              <w:br/>
              <w:t>[Ansprechperson]</w:t>
              <w:br/>
              <w:t>[Straße Hausnummer]</w:t>
              <w:br/>
              <w:t>[PLZ Ort]</w:t>
            </w:r>
          </w:p>
        </w:tc>
        <w:tc>
          <w:tcPr>
            <w:tcW w:type="dxa" w:w="3288"/>
            <w:vAlign w:val="top"/>
            <w:tcMar>
              <w:top w:w="0" w:type="dxa"/>
              <w:left w:w="0" w:type="dxa"/>
              <w:bottom w:w="0" w:type="dxa"/>
              <w:right w:w="0" w:type="dxa"/>
            </w:tcMar>
          </w:tcPr>
          <w:tbl>
            <w:tblPr>
              <w:tblLayout w:type="fixed"/>
              <w:tblLook w:firstColumn="1" w:firstRow="1" w:lastColumn="0" w:lastRow="0" w:noHBand="0" w:noVBand="1" w:val="04A0"/>
              <w:tblBorders>
                <w:top w:val="nil"/>
                <w:left w:val="nil"/>
                <w:bottom w:val="nil"/>
                <w:right w:val="nil"/>
                <w:insideH w:val="nil"/>
                <w:insideV w:val="nil"/>
              </w:tblBorders>
              <w:tblInd w:w="0" w:type="dxa"/>
              <w:tblW w:w="3288" w:type="dxa"/>
            </w:tblPr>
            <w:tblGrid>
              <w:gridCol w:w="1134"/>
              <w:gridCol w:w="2154"/>
            </w:tblGrid>
            <w:tr>
              <w:trPr>
                <w:cantSplit/>
              </w:trPr>
              <w:tc>
                <w:tcPr>
                  <w:tcW w:type="dxa" w:w="1134"/>
                  <w:vAlign w:val="top"/>
                  <w:tcMar>
                    <w:top w:w="0" w:type="dxa"/>
                    <w:left w:w="0" w:type="dxa"/>
                    <w:bottom w:w="0" w:type="dxa"/>
                    <w:right w:w="0" w:type="dxa"/>
                  </w:tcMar>
                </w:tcPr>
                <w:p>
                  <w:pPr>
                    <w:widowControl/>
                    <w:spacing w:after="142" w:before="0" w:line="212" w:lineRule="exact"/>
                  </w:pPr>
                  <w:r>
                    <w:rPr>
                      <w:rFonts w:ascii="Arial" w:hAnsi="Arial"/>
                      <w:b w:val="0"/>
                      <w:color w:val="505861"/>
                      <w:sz w:val="17"/>
                    </w:rPr>
                    <w:t>Datum</w:t>
                  </w:r>
                </w:p>
              </w:tc>
              <w:tc>
                <w:tcPr>
                  <w:tcW w:type="dxa" w:w="2154"/>
                  <w:vAlign w:val="top"/>
                  <w:tcMar>
                    <w:top w:w="0" w:type="dxa"/>
                    <w:left w:w="0" w:type="dxa"/>
                    <w:bottom w:w="0" w:type="dxa"/>
                    <w:right w:w="0" w:type="dxa"/>
                  </w:tcMar>
                </w:tcPr>
                <w:p>
                  <w:pPr>
                    <w:widowControl/>
                    <w:spacing w:after="142" w:before="0" w:line="225" w:lineRule="exact"/>
                  </w:pPr>
                  <w:r>
                    <w:rPr>
                      <w:rFonts w:ascii="Arial" w:hAnsi="Arial"/>
                      <w:b w:val="0"/>
                      <w:color w:val="20252B"/>
                      <w:sz w:val="18"/>
                    </w:rPr>
                    <w:t>[TT.MM.JJJJ]</w:t>
                  </w:r>
                </w:p>
              </w:tc>
            </w:tr>
            <w:tr>
              <w:trPr>
                <w:cantSplit/>
              </w:trPr>
              <w:tc>
                <w:tcPr>
                  <w:tcW w:type="dxa" w:w="1134"/>
                  <w:vAlign w:val="top"/>
                  <w:tcMar>
                    <w:top w:w="0" w:type="dxa"/>
                    <w:left w:w="0" w:type="dxa"/>
                    <w:bottom w:w="0" w:type="dxa"/>
                    <w:right w:w="0" w:type="dxa"/>
                  </w:tcMar>
                </w:tcPr>
                <w:p>
                  <w:pPr>
                    <w:widowControl/>
                    <w:spacing w:after="142" w:before="0" w:line="212" w:lineRule="exact"/>
                  </w:pPr>
                  <w:r>
                    <w:rPr>
                      <w:rFonts w:ascii="Arial" w:hAnsi="Arial"/>
                      <w:b w:val="0"/>
                      <w:color w:val="505861"/>
                      <w:sz w:val="17"/>
                    </w:rPr>
                    <w:t>Kontakt</w:t>
                  </w:r>
                </w:p>
              </w:tc>
              <w:tc>
                <w:tcPr>
                  <w:tcW w:type="dxa" w:w="2154"/>
                  <w:vAlign w:val="top"/>
                  <w:tcMar>
                    <w:top w:w="0" w:type="dxa"/>
                    <w:left w:w="0" w:type="dxa"/>
                    <w:bottom w:w="0" w:type="dxa"/>
                    <w:right w:w="0" w:type="dxa"/>
                  </w:tcMar>
                </w:tcPr>
                <w:p>
                  <w:pPr>
                    <w:widowControl/>
                    <w:spacing w:after="142" w:before="0" w:line="225" w:lineRule="exact"/>
                  </w:pPr>
                  <w:r>
                    <w:rPr>
                      <w:rFonts w:ascii="Arial" w:hAnsi="Arial"/>
                      <w:b w:val="0"/>
                      <w:color w:val="20252B"/>
                      <w:sz w:val="18"/>
                    </w:rPr>
                    <w:t>[Dein Name]</w:t>
                  </w:r>
                </w:p>
              </w:tc>
            </w:tr>
          </w:tbl>
          <w:p>
            <w:pPr>
              <w:spacing w:line="20" w:lineRule="exact" w:after="0"/>
            </w:pPr>
            <w:r>
              <w:rPr>
                <w:rFonts w:ascii="Arial" w:hAnsi="Arial"/>
                <w:b w:val="0"/>
                <w:color w:val="20252B"/>
                <w:sz w:val="2"/>
              </w:rPr>
            </w:r>
          </w:p>
        </w:tc>
      </w:tr>
    </w:tbl>
    <w:p>
      <w:pPr>
        <w:spacing w:before="0" w:after="0" w:line="283" w:lineRule="exact"/>
      </w:pPr>
      <w:r>
        <w:rPr>
          <w:rFonts w:ascii="Arial" w:hAnsi="Arial"/>
          <w:b w:val="0"/>
          <w:color w:val="20252B"/>
          <w:sz w:val="2"/>
        </w:rPr>
      </w:r>
    </w:p>
    <w:p>
      <w:pPr>
        <w:pStyle w:val="Title"/>
        <w:widowControl/>
        <w:spacing w:before="0" w:after="340" w:line="520" w:lineRule="exact"/>
      </w:pPr>
      <w:r>
        <w:rPr>
          <w:rFonts w:ascii="Arial" w:hAnsi="Arial"/>
          <w:b/>
          <w:color w:val="000000"/>
          <w:sz w:val="44"/>
        </w:rPr>
        <w:t>Mahnung</w:t>
      </w:r>
    </w:p>
    <w:tbl>
      <w:tblPr>
        <w:tblLayout w:type="fixed"/>
        <w:tblLook w:firstColumn="1" w:firstRow="1" w:lastColumn="0" w:lastRow="0" w:noHBand="0" w:noVBand="1" w:val="04A0"/>
        <w:tblBorders>
          <w:top w:val="nil"/>
          <w:left w:val="nil"/>
          <w:bottom w:val="nil"/>
          <w:right w:val="nil"/>
          <w:insideH w:val="nil"/>
          <w:insideV w:val="nil"/>
        </w:tblBorders>
        <w:tblInd w:w="142" w:type="dxa"/>
        <w:tblW w:w="9638" w:type="dxa"/>
      </w:tblPr>
      <w:tblGrid>
        <w:gridCol w:w="3685"/>
        <w:gridCol w:w="2835"/>
        <w:gridCol w:w="3118"/>
      </w:tblGrid>
      <w:tr>
        <w:trPr>
          <w:cantSplit/>
        </w:trPr>
        <w:tc>
          <w:tcPr>
            <w:tcW w:type="dxa" w:w="3685"/>
            <w:vAlign w:val="top"/>
            <w:tcMar>
              <w:top w:w="142" w:type="dxa"/>
              <w:left w:w="142" w:type="dxa"/>
              <w:bottom w:w="142" w:type="dxa"/>
              <w:right w:w="142" w:type="dxa"/>
            </w:tcMar>
          </w:tcPr>
          <w:p>
            <w:pPr>
              <w:widowControl/>
              <w:spacing w:after="85" w:before="0" w:line="200" w:lineRule="exact"/>
            </w:pPr>
            <w:r>
              <w:rPr>
                <w:rFonts w:ascii="Arial" w:hAnsi="Arial"/>
                <w:b w:val="0"/>
                <w:color w:val="505861"/>
                <w:sz w:val="16"/>
              </w:rPr>
              <w:t>Rechnung</w:t>
            </w:r>
          </w:p>
          <w:p>
            <w:pPr>
              <w:widowControl/>
              <w:spacing w:before="0" w:after="0" w:line="270" w:lineRule="exact"/>
            </w:pPr>
            <w:r>
              <w:rPr>
                <w:rFonts w:ascii="Arial" w:hAnsi="Arial"/>
                <w:b/>
                <w:color w:val="20252B"/>
                <w:sz w:val="20"/>
              </w:rPr>
              <w:t>[Rechnungsnummer]</w:t>
            </w:r>
          </w:p>
        </w:tc>
        <w:tc>
          <w:tcPr>
            <w:tcW w:type="dxa" w:w="2835"/>
            <w:vAlign w:val="top"/>
            <w:tcMar>
              <w:top w:w="142" w:type="dxa"/>
              <w:left w:w="142" w:type="dxa"/>
              <w:bottom w:w="142" w:type="dxa"/>
              <w:right w:w="142" w:type="dxa"/>
            </w:tcMar>
          </w:tcPr>
          <w:p>
            <w:pPr>
              <w:widowControl/>
              <w:spacing w:after="85" w:before="0" w:line="200" w:lineRule="exact"/>
            </w:pPr>
            <w:r>
              <w:rPr>
                <w:rFonts w:ascii="Arial" w:hAnsi="Arial"/>
                <w:b w:val="0"/>
                <w:color w:val="505861"/>
                <w:sz w:val="16"/>
              </w:rPr>
              <w:t>Rechnungsdatum</w:t>
            </w:r>
          </w:p>
          <w:p>
            <w:pPr>
              <w:widowControl/>
              <w:spacing w:before="0" w:after="0" w:line="270" w:lineRule="exact"/>
            </w:pPr>
            <w:r>
              <w:rPr>
                <w:rFonts w:ascii="Arial" w:hAnsi="Arial"/>
                <w:b/>
                <w:color w:val="20252B"/>
                <w:sz w:val="20"/>
              </w:rPr>
              <w:t>[TT.MM.JJJJ]</w:t>
            </w:r>
          </w:p>
        </w:tc>
        <w:tc>
          <w:tcPr>
            <w:tcW w:type="dxa" w:w="3118"/>
            <w:vAlign w:val="top"/>
            <w:tcMar>
              <w:top w:w="142" w:type="dxa"/>
              <w:left w:w="142" w:type="dxa"/>
              <w:bottom w:w="142" w:type="dxa"/>
              <w:right w:w="142" w:type="dxa"/>
            </w:tcMar>
          </w:tcPr>
          <w:p>
            <w:pPr>
              <w:widowControl/>
              <w:spacing w:after="85" w:before="0" w:line="200" w:lineRule="exact"/>
            </w:pPr>
            <w:r>
              <w:rPr>
                <w:rFonts w:ascii="Arial" w:hAnsi="Arial"/>
                <w:b w:val="0"/>
                <w:color w:val="505861"/>
                <w:sz w:val="16"/>
              </w:rPr>
              <w:t>Ursprünglich fällig am</w:t>
            </w:r>
          </w:p>
          <w:p>
            <w:pPr>
              <w:widowControl/>
              <w:spacing w:before="0" w:after="0" w:line="270" w:lineRule="exact"/>
            </w:pPr>
            <w:r>
              <w:rPr>
                <w:rFonts w:ascii="Arial" w:hAnsi="Arial"/>
                <w:b/>
                <w:color w:val="20252B"/>
                <w:sz w:val="20"/>
              </w:rPr>
              <w:t>[TT.MM.JJJJ]</w:t>
            </w:r>
          </w:p>
        </w:tc>
      </w:tr>
    </w:tbl>
    <w:p>
      <w:pPr>
        <w:spacing w:before="0" w:after="0" w:line="170" w:lineRule="exact"/>
      </w:pPr>
      <w:r>
        <w:rPr>
          <w:rFonts w:ascii="Arial" w:hAnsi="Arial"/>
          <w:b w:val="0"/>
          <w:color w:val="20252B"/>
          <w:sz w:val="2"/>
        </w:rPr>
      </w:r>
    </w:p>
    <w:tbl>
      <w:tblPr>
        <w:tblLayout w:type="fixed"/>
        <w:tblLook w:firstColumn="1" w:firstRow="1" w:lastColumn="0" w:lastRow="0" w:noHBand="0" w:noVBand="1" w:val="04A0"/>
        <w:tblInd w:w="113" w:type="dxa"/>
        <w:tblW w:w="9638" w:type="dxa"/>
        <w:tblBorders>
          <w:top w:val="single" w:sz="4" w:color="D9D9D9"/>
          <w:left w:val="single" w:sz="4" w:color="D9D9D9"/>
          <w:bottom w:val="single" w:sz="4" w:color="D9D9D9"/>
          <w:right w:val="single" w:sz="4" w:color="D9D9D9"/>
          <w:insideH w:val="single" w:sz="4" w:color="D9D9D9"/>
          <w:insideV w:val="single" w:sz="4" w:color="D9D9D9"/>
        </w:tblBorders>
      </w:tblPr>
      <w:tblGrid>
        <w:gridCol w:w="6803"/>
        <w:gridCol w:w="2835"/>
      </w:tblGrid>
      <w:tr>
        <w:trPr>
          <w:cantSplit/>
        </w:trPr>
        <w:tc>
          <w:tcPr>
            <w:tcW w:type="dxa" w:w="6803"/>
            <w:vAlign w:val="center"/>
            <w:tcMar>
              <w:top w:w="113" w:type="dxa"/>
              <w:left w:w="113" w:type="dxa"/>
              <w:bottom w:w="113" w:type="dxa"/>
              <w:right w:w="113" w:type="dxa"/>
            </w:tcMar>
          </w:tcPr>
          <w:p>
            <w:pPr>
              <w:widowControl/>
              <w:spacing w:after="0" w:before="0" w:line="270" w:lineRule="exact"/>
            </w:pPr>
            <w:r>
              <w:rPr>
                <w:rFonts w:ascii="Arial" w:hAnsi="Arial"/>
                <w:b w:val="0"/>
                <w:color w:val="20252B"/>
                <w:sz w:val="20"/>
              </w:rPr>
              <w:t>Rechnungsbetrag</w:t>
            </w:r>
          </w:p>
        </w:tc>
        <w:tc>
          <w:tcPr>
            <w:tcW w:type="dxa" w:w="2835"/>
            <w:vAlign w:val="center"/>
            <w:tcMar>
              <w:top w:w="113" w:type="dxa"/>
              <w:left w:w="113" w:type="dxa"/>
              <w:bottom w:w="113" w:type="dxa"/>
              <w:right w:w="113" w:type="dxa"/>
            </w:tcMar>
          </w:tcPr>
          <w:p>
            <w:pPr>
              <w:widowControl/>
              <w:spacing w:after="0" w:before="0" w:line="270" w:lineRule="exact"/>
              <w:jc w:val="right"/>
            </w:pPr>
            <w:r>
              <w:rPr>
                <w:rFonts w:ascii="Arial" w:hAnsi="Arial"/>
                <w:b w:val="0"/>
                <w:color w:val="20252B"/>
                <w:sz w:val="20"/>
              </w:rPr>
              <w:t>[Betrag] €</w:t>
            </w:r>
          </w:p>
        </w:tc>
      </w:tr>
      <w:tr>
        <w:trPr>
          <w:cantSplit/>
        </w:trPr>
        <w:tc>
          <w:tcPr>
            <w:tcW w:type="dxa" w:w="6803"/>
            <w:vAlign w:val="center"/>
            <w:tcMar>
              <w:top w:w="113" w:type="dxa"/>
              <w:left w:w="113" w:type="dxa"/>
              <w:bottom w:w="113" w:type="dxa"/>
              <w:right w:w="113" w:type="dxa"/>
            </w:tcMar>
          </w:tcPr>
          <w:p>
            <w:pPr>
              <w:widowControl/>
              <w:spacing w:after="0" w:before="0" w:line="270" w:lineRule="exact"/>
            </w:pPr>
            <w:r>
              <w:rPr>
                <w:rFonts w:ascii="Arial" w:hAnsi="Arial"/>
                <w:b w:val="0"/>
                <w:color w:val="20252B"/>
                <w:sz w:val="20"/>
              </w:rPr>
              <w:t>Abzüglich erhaltener Zahlungen</w:t>
            </w:r>
          </w:p>
        </w:tc>
        <w:tc>
          <w:tcPr>
            <w:tcW w:type="dxa" w:w="2835"/>
            <w:vAlign w:val="center"/>
            <w:tcMar>
              <w:top w:w="113" w:type="dxa"/>
              <w:left w:w="113" w:type="dxa"/>
              <w:bottom w:w="113" w:type="dxa"/>
              <w:right w:w="113" w:type="dxa"/>
            </w:tcMar>
          </w:tcPr>
          <w:p>
            <w:pPr>
              <w:widowControl/>
              <w:spacing w:after="0" w:before="0" w:line="270" w:lineRule="exact"/>
              <w:jc w:val="right"/>
            </w:pPr>
            <w:r>
              <w:rPr>
                <w:rFonts w:ascii="Arial" w:hAnsi="Arial"/>
                <w:b w:val="0"/>
                <w:color w:val="20252B"/>
                <w:sz w:val="20"/>
              </w:rPr>
              <w:t>[Betrag] €</w:t>
            </w:r>
          </w:p>
        </w:tc>
      </w:tr>
      <w:tr>
        <w:trPr>
          <w:cantSplit/>
        </w:trPr>
        <w:tc>
          <w:tcPr>
            <w:tcW w:type="dxa" w:w="6803"/>
            <w:vAlign w:val="center"/>
            <w:tcMar>
              <w:top w:w="113" w:type="dxa"/>
              <w:left w:w="113" w:type="dxa"/>
              <w:bottom w:w="113" w:type="dxa"/>
              <w:right w:w="113" w:type="dxa"/>
            </w:tcMar>
          </w:tcPr>
          <w:p>
            <w:pPr>
              <w:widowControl/>
              <w:spacing w:after="0" w:before="0" w:line="270" w:lineRule="exact"/>
            </w:pPr>
            <w:r>
              <w:rPr>
                <w:rFonts w:ascii="Arial" w:hAnsi="Arial"/>
                <w:b w:val="0"/>
                <w:color w:val="20252B"/>
                <w:sz w:val="20"/>
              </w:rPr>
              <w:t>Abzüglich Gutschriften</w:t>
            </w:r>
          </w:p>
        </w:tc>
        <w:tc>
          <w:tcPr>
            <w:tcW w:type="dxa" w:w="2835"/>
            <w:vAlign w:val="center"/>
            <w:tcMar>
              <w:top w:w="113" w:type="dxa"/>
              <w:left w:w="113" w:type="dxa"/>
              <w:bottom w:w="113" w:type="dxa"/>
              <w:right w:w="113" w:type="dxa"/>
            </w:tcMar>
          </w:tcPr>
          <w:p>
            <w:pPr>
              <w:widowControl/>
              <w:spacing w:after="0" w:before="0" w:line="270" w:lineRule="exact"/>
              <w:jc w:val="right"/>
            </w:pPr>
            <w:r>
              <w:rPr>
                <w:rFonts w:ascii="Arial" w:hAnsi="Arial"/>
                <w:b w:val="0"/>
                <w:color w:val="20252B"/>
                <w:sz w:val="20"/>
              </w:rPr>
              <w:t>[Betrag] €</w:t>
            </w:r>
          </w:p>
        </w:tc>
      </w:tr>
      <w:tr>
        <w:trPr>
          <w:cantSplit/>
        </w:trPr>
        <w:tc>
          <w:tcPr>
            <w:tcW w:type="dxa" w:w="6803"/>
            <w:vAlign w:val="center"/>
            <w:tcMar>
              <w:top w:w="113" w:type="dxa"/>
              <w:left w:w="113" w:type="dxa"/>
              <w:bottom w:w="113" w:type="dxa"/>
              <w:right w:w="113" w:type="dxa"/>
            </w:tcMar>
            <w:shd w:fill="F2F4F6" w:val="clear"/>
          </w:tcPr>
          <w:p>
            <w:pPr>
              <w:widowControl/>
              <w:spacing w:after="0" w:before="0" w:line="270" w:lineRule="exact"/>
            </w:pPr>
            <w:r>
              <w:rPr>
                <w:rFonts w:ascii="Arial" w:hAnsi="Arial"/>
                <w:b/>
                <w:color w:val="20252B"/>
                <w:sz w:val="20"/>
              </w:rPr>
              <w:t>Offener Restbetrag</w:t>
            </w:r>
          </w:p>
        </w:tc>
        <w:tc>
          <w:tcPr>
            <w:tcW w:type="dxa" w:w="2835"/>
            <w:vAlign w:val="center"/>
            <w:tcMar>
              <w:top w:w="113" w:type="dxa"/>
              <w:left w:w="113" w:type="dxa"/>
              <w:bottom w:w="113" w:type="dxa"/>
              <w:right w:w="113" w:type="dxa"/>
            </w:tcMar>
            <w:shd w:fill="F2F4F6" w:val="clear"/>
          </w:tcPr>
          <w:p>
            <w:pPr>
              <w:widowControl/>
              <w:spacing w:after="0" w:before="0" w:line="270" w:lineRule="exact"/>
              <w:jc w:val="right"/>
            </w:pPr>
            <w:r>
              <w:rPr>
                <w:rFonts w:ascii="Arial" w:hAnsi="Arial"/>
                <w:b/>
                <w:color w:val="20252B"/>
                <w:sz w:val="22"/>
              </w:rPr>
              <w:t>[Restbetrag] €</w:t>
            </w:r>
          </w:p>
        </w:tc>
      </w:tr>
    </w:tbl>
    <w:p>
      <w:pPr>
        <w:widowControl/>
        <w:spacing w:before="227" w:after="0" w:line="270" w:lineRule="exact"/>
      </w:pPr>
      <w:r>
        <w:rPr>
          <w:rFonts w:ascii="Arial" w:hAnsi="Arial"/>
          <w:b/>
          <w:color w:val="20252B"/>
          <w:sz w:val="21"/>
        </w:rPr>
        <w:t>Zahlung erbeten bis: [TT.MM.JJJJ]</w:t>
      </w:r>
    </w:p>
    <w:p>
      <w:pPr>
        <w:widowControl/>
        <w:spacing w:before="340" w:after="170" w:line="270" w:lineRule="exact"/>
      </w:pPr>
      <w:r>
        <w:rPr>
          <w:rFonts w:ascii="Arial" w:hAnsi="Arial"/>
          <w:b w:val="0"/>
          <w:color w:val="20252B"/>
          <w:sz w:val="21"/>
        </w:rPr>
        <w:t>[Anrede],</w:t>
      </w:r>
    </w:p>
    <w:p>
      <w:pPr>
        <w:widowControl/>
        <w:spacing w:before="0" w:after="170" w:line="270" w:lineRule="exact"/>
      </w:pPr>
      <w:r>
        <w:rPr>
          <w:rFonts w:ascii="Arial" w:hAnsi="Arial"/>
          <w:b w:val="0"/>
          <w:color w:val="20252B"/>
          <w:sz w:val="21"/>
        </w:rPr>
        <w:t>die oben genannte Rechnung ist noch nicht vollständig bezahlt. Ich fordere Sie auf, den offenen Restbetrag bis zum angegebenen Datum auf das in der Rechnung genannte Konto zu überweisen. Geben Sie bitte die Rechnungsnummer als Verwendungszweck an.</w:t>
      </w:r>
    </w:p>
    <w:p>
      <w:pPr>
        <w:widowControl/>
        <w:spacing w:before="0" w:after="170" w:line="270" w:lineRule="exact"/>
      </w:pPr>
      <w:r>
        <w:rPr>
          <w:rFonts w:ascii="Arial" w:hAnsi="Arial"/>
          <w:b w:val="0"/>
          <w:color w:val="20252B"/>
          <w:sz w:val="21"/>
        </w:rPr>
        <w:t>[Optional: Bereits am TT.MM.JJJJ habe ich Sie an die offene Rechnung erinnert.]</w:t>
      </w:r>
    </w:p>
    <w:p>
      <w:pPr>
        <w:keepNext/>
        <w:widowControl/>
        <w:spacing w:before="0" w:after="0" w:line="270" w:lineRule="exact"/>
      </w:pPr>
      <w:r>
        <w:rPr>
          <w:rFonts w:ascii="Arial" w:hAnsi="Arial"/>
          <w:b w:val="0"/>
          <w:color w:val="20252B"/>
          <w:sz w:val="21"/>
        </w:rPr>
        <w:t>Falls Sie den Restbetrag inzwischen überwiesen haben, teilen Sie mir bitte Zahlungsdatum und Verwendungszweck mit, damit ich den Eingang prüfen kann. Bei Fragen zur Rechnung melden Sie sich bitte bei mir.</w:t>
      </w:r>
    </w:p>
    <w:p>
      <w:pPr>
        <w:keepNext/>
        <w:widowControl/>
        <w:spacing w:before="283" w:after="170" w:line="270" w:lineRule="exact"/>
      </w:pPr>
      <w:r>
        <w:rPr>
          <w:rFonts w:ascii="Arial" w:hAnsi="Arial"/>
          <w:b w:val="0"/>
          <w:color w:val="20252B"/>
          <w:sz w:val="21"/>
        </w:rPr>
        <w:t>Freundliche Grüße</w:t>
      </w:r>
    </w:p>
    <w:p>
      <w:pPr>
        <w:keepNext/>
        <w:widowControl/>
        <w:spacing w:before="0" w:after="0" w:line="270" w:lineRule="exact"/>
      </w:pPr>
      <w:r>
        <w:rPr>
          <w:rFonts w:ascii="Arial" w:hAnsi="Arial"/>
          <w:b/>
          <w:color w:val="20252B"/>
          <w:sz w:val="21"/>
        </w:rPr>
        <w:t>[Dein Name]</w:t>
      </w:r>
    </w:p>
    <w:p>
      <w:pPr>
        <w:widowControl/>
        <w:spacing w:before="0" w:after="0" w:line="270" w:lineRule="exact"/>
      </w:pPr>
      <w:r>
        <w:rPr>
          <w:rFonts w:ascii="Arial" w:hAnsi="Arial"/>
          <w:b w:val="0"/>
          <w:color w:val="20252B"/>
          <w:sz w:val="21"/>
        </w:rPr>
        <w:t>[Dein Unternehmen]</w:t>
      </w:r>
    </w:p>
    <w:sectPr w:rsidR="00FC693F" w:rsidRPr="0006063C" w:rsidSect="00034616">
      <w:footerReference w:type="default" r:id="rId9"/>
      <w:pgSz w:w="11906" w:h="16838"/>
      <w:pgMar w:top="1134" w:right="1134" w:bottom="2551"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170" w:line="20" w:lineRule="exact"/>
      <w:pBdr>
        <w:bottom w:val="single" w:sz="4" w:color="D9DDE2" w:space="0"/>
      </w:pBdr>
    </w:pPr>
  </w:p>
  <w:tbl>
    <w:tblPr>
      <w:tblLayout w:type="fixed"/>
      <w:tblLook w:firstColumn="1" w:firstRow="1" w:lastColumn="0" w:lastRow="0" w:noHBand="0" w:noVBand="1" w:val="04A0"/>
      <w:tblBorders>
        <w:top w:val="nil"/>
        <w:left w:val="nil"/>
        <w:bottom w:val="nil"/>
        <w:right w:val="nil"/>
        <w:insideH w:val="nil"/>
        <w:insideV w:val="nil"/>
      </w:tblBorders>
      <w:tblInd w:w="0" w:type="dxa"/>
      <w:tblW w:w="9638" w:type="dxa"/>
    </w:tblPr>
    <w:tblGrid>
      <w:gridCol w:w="3288"/>
      <w:gridCol w:w="3005"/>
      <w:gridCol w:w="3345"/>
    </w:tblGrid>
    <w:tr>
      <w:trPr>
        <w:cantSplit/>
      </w:trPr>
      <w:tc>
        <w:tcPr>
          <w:tcW w:type="dxa" w:w="3288"/>
          <w:vAlign w:val="top"/>
          <w:tcMar>
            <w:top w:w="0" w:type="dxa"/>
            <w:left w:w="0" w:type="dxa"/>
            <w:bottom w:w="0" w:type="dxa"/>
            <w:right w:w="227" w:type="dxa"/>
          </w:tcMar>
        </w:tcPr>
        <w:p>
          <w:pPr>
            <w:widowControl/>
            <w:spacing w:after="0" w:before="0" w:line="195" w:lineRule="exact"/>
          </w:pPr>
          <w:r>
            <w:rPr>
              <w:rFonts w:ascii="Arial" w:hAnsi="Arial"/>
              <w:b/>
              <w:color w:val="20252B"/>
              <w:sz w:val="15"/>
            </w:rPr>
            <w:t>Unternehmen</w:t>
          </w:r>
        </w:p>
        <w:p>
          <w:pPr>
            <w:widowControl/>
            <w:spacing w:before="0" w:after="0" w:line="195" w:lineRule="exact"/>
          </w:pPr>
          <w:r>
            <w:rPr>
              <w:rFonts w:ascii="Arial" w:hAnsi="Arial"/>
              <w:b w:val="0"/>
              <w:color w:val="505861"/>
              <w:sz w:val="15"/>
            </w:rPr>
            <w:t>[Dein Unternehmen]</w:t>
            <w:br/>
            <w:t>[Straße Hausnummer]</w:t>
            <w:br/>
            <w:t>[PLZ Ort]</w:t>
          </w:r>
        </w:p>
      </w:tc>
      <w:tc>
        <w:tcPr>
          <w:tcW w:type="dxa" w:w="3005"/>
          <w:vAlign w:val="top"/>
          <w:tcMar>
            <w:top w:w="0" w:type="dxa"/>
            <w:left w:w="0" w:type="dxa"/>
            <w:bottom w:w="0" w:type="dxa"/>
            <w:right w:w="227" w:type="dxa"/>
          </w:tcMar>
        </w:tcPr>
        <w:p>
          <w:pPr>
            <w:widowControl/>
            <w:spacing w:after="0" w:before="0" w:line="195" w:lineRule="exact"/>
          </w:pPr>
          <w:r>
            <w:rPr>
              <w:rFonts w:ascii="Arial" w:hAnsi="Arial"/>
              <w:b/>
              <w:color w:val="20252B"/>
              <w:sz w:val="15"/>
            </w:rPr>
            <w:t>Kontakt</w:t>
          </w:r>
        </w:p>
        <w:p>
          <w:pPr>
            <w:widowControl/>
            <w:spacing w:before="0" w:after="0" w:line="195" w:lineRule="exact"/>
          </w:pPr>
          <w:r>
            <w:rPr>
              <w:rFonts w:ascii="Arial" w:hAnsi="Arial"/>
              <w:b w:val="0"/>
              <w:color w:val="505861"/>
              <w:sz w:val="15"/>
            </w:rPr>
            <w:t>[Dein Name]</w:t>
            <w:br/>
            <w:t>[Deine E-Mail-Adresse]</w:t>
          </w:r>
        </w:p>
      </w:tc>
      <w:tc>
        <w:tcPr>
          <w:tcW w:type="dxa" w:w="3345"/>
          <w:vAlign w:val="top"/>
          <w:tcMar>
            <w:top w:w="0" w:type="dxa"/>
            <w:left w:w="0" w:type="dxa"/>
            <w:bottom w:w="0" w:type="dxa"/>
            <w:right w:w="0" w:type="dxa"/>
          </w:tcMar>
        </w:tcPr>
        <w:p>
          <w:pPr>
            <w:widowControl/>
            <w:spacing w:after="0" w:before="0" w:line="195" w:lineRule="exact"/>
          </w:pPr>
          <w:r>
            <w:rPr>
              <w:rFonts w:ascii="Arial" w:hAnsi="Arial"/>
              <w:b/>
              <w:color w:val="20252B"/>
              <w:sz w:val="15"/>
            </w:rPr>
            <w:t>Bankverbindung</w:t>
          </w:r>
        </w:p>
        <w:p>
          <w:pPr>
            <w:widowControl/>
            <w:spacing w:before="0" w:after="0" w:line="195" w:lineRule="exact"/>
          </w:pPr>
          <w:r>
            <w:rPr>
              <w:rFonts w:ascii="Arial" w:hAnsi="Arial"/>
              <w:b w:val="0"/>
              <w:color w:val="505861"/>
              <w:sz w:val="15"/>
            </w:rPr>
            <w:t>[Bankname]</w:t>
            <w:br/>
            <w:t>IBAN [Deine IBAN]</w:t>
          </w:r>
        </w:p>
      </w:tc>
    </w:tr>
  </w:tbl>
  <w:p>
    <w:pPr>
      <w:pStyle w:val="FooterPageNumber"/>
      <w:widowControl/>
      <w:spacing w:before="227" w:after="0" w:line="175" w:lineRule="exact"/>
      <w:jc w:val="right"/>
    </w:pPr>
    <w:r>
      <w:rPr>
        <w:rFonts w:ascii="Arial" w:hAnsi="Arial"/>
        <w:b w:val="0"/>
        <w:color w:val="505861"/>
        <w:sz w:val="14"/>
      </w:rPr>
      <w:t xml:space="preserve">Seite </w:t>
    </w:r>
    <w:fldSimple w:instr="PAGE">
      <w:r>
        <w:rPr>
          <w:rFonts w:ascii="Arial" w:hAnsi="Arial"/>
          <w:b w:val="0"/>
          <w:color w:val="505861"/>
          <w:sz w:val="14"/>
        </w:rPr>
        <w:t>1</w:t>
      </w:r>
    </w:fldSimple>
    <w:r>
      <w:rPr>
        <w:rFonts w:ascii="Arial" w:hAnsi="Arial"/>
        <w:b w:val="0"/>
        <w:color w:val="505861"/>
        <w:sz w:val="14"/>
      </w:rPr>
      <w:t xml:space="preserve"> / </w:t>
    </w:r>
    <w:fldSimple w:instr="NUMPAGES">
      <w:r>
        <w:rPr>
          <w:rFonts w:ascii="Arial" w:hAnsi="Arial"/>
          <w:b w:val="0"/>
          <w:color w:val="505861"/>
          <w:sz w:val="14"/>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0" w:lineRule="exact"/>
    </w:pPr>
    <w:rPr>
      <w:rFonts w:ascii="Arial" w:hAnsi="Arial"/>
      <w:color w:val="2025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0" w:line="240" w:lineRule="auto" w:before="0"/>
      <w:contextualSpacing/>
    </w:pPr>
    <w:rPr>
      <w:rFonts w:asciiTheme="majorHAnsi" w:eastAsiaTheme="majorEastAsia" w:hAnsiTheme="majorHAnsi" w:cstheme="majorBidi" w:ascii="Arial" w:hAnsi="Arial"/>
      <w:b/>
      <w:color w:val="20252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erPageNumber">
    <w:name w:val="Footer Page Number"/>
    <w:basedOn w:val="Normal"/>
    <w:rPr>
      <w:rFonts w:ascii="Arial" w:hAnsi="Arial"/>
      <w:color w:val="505861"/>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Mahnung Vorlage</dc:title>
  <dc:subject>Bearbeitbare Mahnung mit Rechnungsbezug, Abzügen, Restbetrag und konkreter Zahlungsfrist.</dc:subject>
  <dc:creator>bimetrics</dc:creator>
  <cp:keywords/>
  <dc:description>generated by python-docx</dc:description>
  <cp:lastModifiedBy>bimetrics</cp:lastModifiedBy>
  <cp:revision>1</cp:revision>
  <dcterms:created xsi:type="dcterms:W3CDTF">2026-10-08T00:00:00Z</dcterms:created>
  <dcterms:modified xsi:type="dcterms:W3CDTF">2026-10-08T00:00:00Z</dcterms:modified>
  <cp:category/>
</cp:coreProperties>
</file>