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[Name des Zahlenden]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[Quittungsnummer]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Quittung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Bestätigung einer erhaltenen Zahlung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Den nachstehenden Betrag habe ich erhalten.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283" w:type="dxa"/>
        <w:tblW w:w="9638" w:type="dxa"/>
      </w:tblPr>
      <w:tblGrid>
        <w:gridCol w:w="4706"/>
        <w:gridCol w:w="4932"/>
      </w:tblGrid>
      <w:tr>
        <w:trPr>
          <w:cantSplit/>
        </w:trPr>
        <w:tc>
          <w:tcPr>
            <w:tcW w:type="dxa" w:w="4706"/>
            <w:vAlign w:val="top"/>
            <w:tcMar>
              <w:top w:w="283" w:type="dxa"/>
              <w:left w:w="283" w:type="dxa"/>
              <w:bottom w:w="283" w:type="dxa"/>
              <w:right w:w="283" w:type="dxa"/>
            </w:tcMar>
            <w:shd w:fill="F2F4F6" w:val="clear"/>
          </w:tcPr>
          <w:p>
            <w:pPr>
              <w:widowControl/>
              <w:spacing w:after="113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Erhaltener Betrag</w:t>
            </w:r>
          </w:p>
          <w:p>
            <w:pPr>
              <w:widowControl/>
              <w:spacing w:before="0" w:after="0" w:line="310" w:lineRule="exact"/>
            </w:pPr>
            <w:r>
              <w:rPr>
                <w:rFonts w:ascii="Arial" w:hAnsi="Arial"/>
                <w:b/>
                <w:color w:val="20252B"/>
                <w:sz w:val="42"/>
              </w:rPr>
              <w:t>[Betrag] €</w:t>
            </w:r>
          </w:p>
        </w:tc>
        <w:tc>
          <w:tcPr>
            <w:tcW w:type="dxa" w:w="4932"/>
            <w:vAlign w:val="top"/>
            <w:tcMar>
              <w:top w:w="283" w:type="dxa"/>
              <w:left w:w="283" w:type="dxa"/>
              <w:bottom w:w="283" w:type="dxa"/>
              <w:right w:w="283" w:type="dxa"/>
            </w:tcMar>
            <w:shd w:fill="F2F4F6" w:val="clear"/>
          </w:tcPr>
          <w:p>
            <w:pPr>
              <w:widowControl/>
              <w:spacing w:after="113" w:before="0" w:line="225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18"/>
              </w:rPr>
              <w:t>Netto: [Betrag] €</w:t>
            </w:r>
          </w:p>
          <w:p>
            <w:pPr>
              <w:widowControl/>
              <w:spacing w:before="0" w:after="0" w:line="225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18"/>
              </w:rPr>
              <w:t>Umsatzsteuer [Satz] %: [Betrag] €</w:t>
            </w:r>
          </w:p>
        </w:tc>
      </w:tr>
    </w:tbl>
    <w:p>
      <w:pPr>
        <w:widowControl/>
        <w:spacing w:before="283" w:after="113" w:line="200" w:lineRule="exact"/>
      </w:pPr>
      <w:r>
        <w:rPr>
          <w:rFonts w:ascii="Arial" w:hAnsi="Arial"/>
          <w:b w:val="0"/>
          <w:color w:val="505861"/>
          <w:sz w:val="16"/>
        </w:rPr>
        <w:t>Betrag in Worten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20252B"/>
          <w:sz w:val="20"/>
        </w:rPr>
        <w:t>[Betrag in Worten]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Für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[Art und Umfang der bezahlten Leistung / Ware]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Bezug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[Rechnungsnummer / Belegbezug]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Zahlung erhalten am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Zahlungsart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[Zahlungsart]</w:t>
            </w:r>
          </w:p>
        </w:tc>
      </w:tr>
    </w:tbl>
    <w:p>
      <w:pPr>
        <w:keepNext/>
        <w:spacing w:before="0" w:after="0" w:line="68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4394"/>
        <w:gridCol w:w="850"/>
        <w:gridCol w:w="4394"/>
      </w:tblGrid>
      <w:tr>
        <w:trPr>
          <w:cantSplit/>
        </w:trPr>
        <w:tc>
          <w:tcPr>
            <w:tcW w:type="dxa" w:w="4394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227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[Ort], [TT.MM.JJJJ]</w:t>
            </w:r>
          </w:p>
          <w:p>
            <w:pPr>
              <w:widowControl/>
              <w:spacing w:before="113" w:after="0" w:line="200" w:lineRule="exact"/>
              <w:pBdr>
                <w:top w:val="single" w:sz="4" w:color="D9DDE2" w:space="5"/>
              </w:pBdr>
            </w:pPr>
            <w:r>
              <w:rPr>
                <w:rFonts w:ascii="Arial" w:hAnsi="Arial"/>
                <w:b w:val="0"/>
                <w:color w:val="505861"/>
                <w:sz w:val="16"/>
              </w:rPr>
              <w:t>Ort und Ausstellungsdatum</w:t>
            </w:r>
          </w:p>
        </w:tc>
        <w:tc>
          <w:tcPr>
            <w:tcW w:type="dxa" w:w="850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/>
            </w:pPr>
          </w:p>
        </w:tc>
        <w:tc>
          <w:tcPr>
            <w:tcW w:type="dxa" w:w="4394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227" w:before="0" w:line="310" w:lineRule="exact"/>
            </w:pPr>
          </w:p>
          <w:p>
            <w:pPr>
              <w:widowControl/>
              <w:spacing w:before="113" w:after="0" w:line="200" w:lineRule="exact"/>
              <w:pBdr>
                <w:top w:val="single" w:sz="4" w:color="D9DDE2" w:space="5"/>
              </w:pBdr>
            </w:pPr>
            <w:r>
              <w:rPr>
                <w:rFonts w:ascii="Arial" w:hAnsi="Arial"/>
                <w:b w:val="0"/>
                <w:color w:val="505861"/>
                <w:sz w:val="16"/>
              </w:rPr>
              <w:t>Unterschrift des Zahlungsempfängers</w:t>
            </w:r>
          </w:p>
          <w:p>
            <w:pPr>
              <w:widowControl/>
              <w:spacing w:before="0" w:after="0" w:line="200" w:lineRule="exact"/>
            </w:pPr>
            <w:r>
              <w:rPr>
                <w:rFonts w:ascii="Arial" w:hAnsi="Arial"/>
                <w:b w:val="0"/>
                <w:color w:val="505861"/>
                <w:sz w:val="16"/>
              </w:rPr>
              <w:t>[Vollständiger Name / Firma]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Steuernr. / USt-IdNr.</w:t>
            <w:br/>
            <w:t>[Steuernummer oder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Zahlungsempfänger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 - Vorlage</dc:title>
  <dc:subject>Bearbeitbare Dokumentvorlage mit Platzhaltern</dc:subject>
  <dc:creator>bimetrics</dc:creator>
  <cp:keywords/>
  <dc:description>generated by python-docx</dc:description>
  <cp:lastModifiedBy>bimetrics</cp:lastModifiedBy>
  <cp:revision>1</cp:revision>
  <dcterms:created xsi:type="dcterms:W3CDTF">2026-10-07T00:00:00Z</dcterms:created>
  <dcterms:modified xsi:type="dcterms:W3CDTF">2026-10-07T00:00:00Z</dcterms:modified>
  <cp:category/>
</cp:coreProperties>
</file>