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9638"/>
      </w:tblGrid>
      <w:tr>
        <w:trPr>
          <w:cantSplit/>
          <w:trHeight w:val="907" w:hRule="atLeast"/>
        </w:trPr>
        <w:tc>
          <w:tcPr>
            <w:tcW w:type="dxa" w:w="9638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8"/>
              </w:rPr>
              <w:t>[Dein Unternehmen]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widowControl/>
        <w:spacing w:before="0" w:after="227" w:line="175" w:lineRule="exact"/>
      </w:pPr>
      <w:r>
        <w:rPr>
          <w:rFonts w:ascii="Arial" w:hAnsi="Arial"/>
          <w:b w:val="0"/>
          <w:color w:val="505861"/>
          <w:sz w:val="14"/>
        </w:rPr>
        <w:t>[Dein Unternehmen] · [Straße und Hausnummer] · [PLZ und Ort]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6236"/>
        <w:gridCol w:w="3402"/>
      </w:tblGrid>
      <w:tr>
        <w:trPr>
          <w:cantSplit/>
        </w:trPr>
        <w:tc>
          <w:tcPr>
            <w:tcW w:type="dxa" w:w="6236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[Kundenname / Unternehmen]</w:t>
              <w:br/>
              <w:t>[Ansprechperson]</w:t>
              <w:br/>
              <w:t>[Straße und Hausnummer]</w:t>
              <w:br/>
              <w:t>[PLZ und Ort]</w:t>
            </w:r>
          </w:p>
        </w:tc>
        <w:tc>
          <w:tcPr>
            <w:tcW w:type="dxa" w:w="3402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Ind w:w="0" w:type="dxa"/>
              <w:tblW w:w="3402" w:type="dxa"/>
            </w:tblPr>
            <w:tblGrid>
              <w:gridCol w:w="1304"/>
              <w:gridCol w:w="2098"/>
            </w:tblGrid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Nummer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[Deine Nummer]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Datum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[TT.MM.JJJJ]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Kontakt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 Name]</w:t>
                  </w:r>
                </w:p>
              </w:tc>
            </w:tr>
          </w:tbl>
          <w:p/>
        </w:tc>
      </w:tr>
    </w:tbl>
    <w:p>
      <w:pPr>
        <w:spacing w:before="0" w:after="0" w:line="51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pStyle w:val="Title"/>
        <w:widowControl/>
        <w:spacing w:before="0" w:after="170" w:line="560" w:lineRule="exact"/>
      </w:pPr>
      <w:r>
        <w:rPr>
          <w:rFonts w:ascii="Arial" w:hAnsi="Arial"/>
          <w:b/>
          <w:color w:val="20252B"/>
          <w:sz w:val="46"/>
        </w:rPr>
        <w:t>Rechnung</w:t>
      </w:r>
    </w:p>
    <w:p>
      <w:pPr>
        <w:widowControl/>
        <w:spacing w:before="0" w:after="397" w:line="310" w:lineRule="exact"/>
      </w:pPr>
      <w:r>
        <w:rPr>
          <w:rFonts w:ascii="Arial" w:hAnsi="Arial"/>
          <w:b w:val="0"/>
          <w:color w:val="505861"/>
          <w:sz w:val="20"/>
        </w:rPr>
        <w:t>[Projekt / Betreff]</w:t>
      </w:r>
    </w:p>
    <w:p>
      <w:pPr>
        <w:widowControl/>
        <w:spacing w:before="0" w:after="283" w:line="310" w:lineRule="exact"/>
      </w:pPr>
      <w:r>
        <w:rPr>
          <w:rFonts w:ascii="Arial" w:hAnsi="Arial"/>
          <w:b w:val="0"/>
          <w:color w:val="20252B"/>
          <w:sz w:val="20"/>
        </w:rPr>
        <w:t>Wir berechnen Ihnen die folgenden Leistungen.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102" w:type="dxa"/>
        <w:tblW w:w="9638" w:type="dxa"/>
      </w:tblPr>
      <w:tblGrid>
        <w:gridCol w:w="624"/>
        <w:gridCol w:w="3685"/>
        <w:gridCol w:w="1417"/>
        <w:gridCol w:w="1871"/>
        <w:gridCol w:w="2041"/>
      </w:tblGrid>
      <w:tr>
        <w:trPr>
          <w:cantSplit/>
          <w:tblHeader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Pos.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Leistung / Artikel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Menge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Einzelpreis netto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Gesamt netto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1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[Leistung / Artikel]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[Beschreibung und Umfang]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[Menge]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[Einheit]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2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[Leistung / Artikel]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[Beschreibung und Umfang]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[Menge]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[Einheit]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</w:tbl>
    <w:p>
      <w:pPr>
        <w:spacing w:before="0" w:after="0" w:line="283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jc w:val="right"/>
        <w:tblInd w:w="142" w:type="dxa"/>
        <w:tblW w:w="4989" w:type="dxa"/>
      </w:tblPr>
      <w:tblGrid>
        <w:gridCol w:w="2891"/>
        <w:gridCol w:w="2098"/>
      </w:tblGrid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Summe netto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Umsatzsteuer [Satz] %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Gesamtbetrag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0"/>
              </w:rPr>
              <w:t>[Betrag] €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Leistungsdatum / -zeitraum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[Datum / Zeitraum]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Zahlbar bis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[TT.MM.JJJJ]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Verwendungszweck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[Deine Nummer]</w:t>
            </w:r>
          </w:p>
        </w:tc>
      </w:tr>
    </w:tbl>
    <w:p>
      <w:pPr>
        <w:widowControl/>
        <w:spacing w:before="227" w:after="0" w:line="310" w:lineRule="exact"/>
      </w:pPr>
      <w:r>
        <w:rPr>
          <w:rFonts w:ascii="Arial" w:hAnsi="Arial"/>
          <w:b w:val="0"/>
          <w:color w:val="20252B"/>
          <w:sz w:val="20"/>
        </w:rPr>
        <w:t>Bitte überweisen Sie den Gesamtbetrag unter Angabe der Rechnungsnummer auf das unten genannte Konto. Vielen Dank für die Zusammenarbeit.</w:t>
      </w:r>
    </w:p>
    <w:sectPr w:rsidR="00FC693F" w:rsidRPr="0006063C" w:rsidSect="00034616">
      <w:footerReference w:type="default" r:id="rId9"/>
      <w:pgSz w:w="11906" w:h="16838"/>
      <w:pgMar w:top="1134" w:right="1134" w:bottom="2041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170" w:line="20" w:lineRule="exact"/>
      <w:pBdr>
        <w:bottom w:val="single" w:sz="4" w:color="D9DDE2" w:space="0"/>
      </w:pBdr>
    </w:pPr>
  </w:p>
  <w:tbl>
    <w:tblPr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Ind w:w="0" w:type="dxa"/>
      <w:tblW w:w="9638" w:type="dxa"/>
    </w:tblPr>
    <w:tblGrid>
      <w:gridCol w:w="3345"/>
      <w:gridCol w:w="3231"/>
      <w:gridCol w:w="3061"/>
    </w:tblGrid>
    <w:tr>
      <w:trPr>
        <w:cantSplit/>
      </w:trPr>
      <w:tc>
        <w:tcPr>
          <w:tcW w:type="dxa" w:w="3345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[Dein Unternehmen]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[Vollständiger Name / Firma]</w:t>
            <w:br/>
            <w:t>[Straße und Hausnummer]</w:t>
            <w:br/>
            <w:t>[PLZ und Ort]</w:t>
          </w:r>
        </w:p>
      </w:tc>
      <w:tc>
        <w:tcPr>
          <w:tcW w:type="dxa" w:w="323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Kontakt und Angaben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[E-Mail-Adresse]</w:t>
            <w:br/>
            <w:t>Steuernr. / USt-IdNr.</w:t>
            <w:br/>
            <w:t>[Steuernummer oder USt-IdNr.]</w:t>
            <w:br/>
            <w:t>[Weitere Pflichtangaben deiner Rechtsform]</w:t>
          </w:r>
        </w:p>
      </w:tc>
      <w:tc>
        <w:tcPr>
          <w:tcW w:type="dxa" w:w="306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Bankverbindung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[Bankname]</w:t>
            <w:br/>
            <w:t>[Deine IBAN]</w:t>
          </w:r>
        </w:p>
      </w:tc>
    </w:tr>
  </w:tbl>
  <w:p>
    <w:pPr>
      <w:pStyle w:val="FooterPageNumber"/>
      <w:widowControl/>
      <w:spacing w:before="170" w:after="0" w:line="175" w:lineRule="exact"/>
      <w:jc w:val="right"/>
    </w:pPr>
    <w:r>
      <w:rPr>
        <w:rFonts w:ascii="Arial" w:hAnsi="Arial"/>
        <w:b w:val="0"/>
        <w:color w:val="505861"/>
        <w:sz w:val="14"/>
      </w:rPr>
      <w:t xml:space="preserve">Seite </w:t>
    </w:r>
    <w:fldSimple w:instr="PAGE">
      <w:r>
        <w:rPr>
          <w:rFonts w:ascii="Arial" w:hAnsi="Arial"/>
          <w:b w:val="0"/>
          <w:color w:val="505861"/>
          <w:sz w:val="14"/>
        </w:rPr>
        <w:t>1</w:t>
      </w:r>
    </w:fldSimple>
    <w:r>
      <w:rPr>
        <w:rFonts w:ascii="Arial" w:hAnsi="Arial"/>
        <w:b w:val="0"/>
        <w:color w:val="505861"/>
        <w:sz w:val="14"/>
      </w:rPr>
      <w:t xml:space="preserve"> / </w:t>
    </w:r>
    <w:fldSimple w:instr="NUMPAGES">
      <w:r>
        <w:rPr>
          <w:rFonts w:ascii="Arial" w:hAnsi="Arial"/>
          <w:b w:val="0"/>
          <w:color w:val="505861"/>
          <w:sz w:val="14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exact"/>
    </w:pPr>
    <w:rPr>
      <w:rFonts w:ascii="Arial" w:hAnsi="Arial"/>
      <w:color w:val="20252B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0252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oterPageNumber">
    <w:name w:val="Footer Page Number"/>
    <w:basedOn w:val="Normal"/>
    <w:rPr>
      <w:rFonts w:ascii="Arial" w:hAnsi="Arial"/>
      <w:color w:val="505861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- Vorlage</dc:title>
  <dc:subject>Bearbeitbare Dokumentvorlage mit Platzhaltern</dc:subject>
  <dc:creator>bimetrics</dc:creator>
  <cp:keywords/>
  <dc:description>generated by python-docx</dc:description>
  <cp:lastModifiedBy>bimetrics</cp:lastModifiedBy>
  <cp:revision>1</cp:revision>
  <dcterms:created xsi:type="dcterms:W3CDTF">2026-10-07T00:00:00Z</dcterms:created>
  <dcterms:modified xsi:type="dcterms:W3CDTF">2026-10-07T00:00:00Z</dcterms:modified>
  <cp:category/>
</cp:coreProperties>
</file>