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exac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83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Hausnummer] · [PLZ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350"/>
        <w:gridCol w:w="3288"/>
      </w:tblGrid>
      <w:tr>
        <w:trPr>
          <w:cantSplit/>
          <w:trHeight w:val="1757" w:hRule="atLeast"/>
        </w:trPr>
        <w:tc>
          <w:tcPr>
            <w:tcW w:type="dxa" w:w="6350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1"/>
              </w:rPr>
              <w:t>[Kunde / Unternehmen]</w:t>
              <w:br/>
              <w:t>[Ansprechperson]</w:t>
              <w:br/>
              <w:t>[Straße Hausnummer]</w:t>
              <w:br/>
              <w:t>[PLZ Ort]</w:t>
            </w:r>
          </w:p>
        </w:tc>
        <w:tc>
          <w:tcPr>
            <w:tcW w:type="dxa" w:w="328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288" w:type="dxa"/>
            </w:tblPr>
            <w:tblGrid>
              <w:gridCol w:w="1134"/>
              <w:gridCol w:w="2154"/>
            </w:tblGrid>
            <w:tr>
              <w:trPr>
                <w:cantSplit/>
              </w:trPr>
              <w:tc>
                <w:tcPr>
                  <w:tcW w:type="dxa" w:w="113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12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7"/>
                    </w:rPr>
                    <w:t>Datum</w:t>
                  </w:r>
                </w:p>
              </w:tc>
              <w:tc>
                <w:tcPr>
                  <w:tcW w:type="dxa" w:w="215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13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12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7"/>
                    </w:rPr>
                    <w:t>Kontakt</w:t>
                  </w:r>
                </w:p>
              </w:tc>
              <w:tc>
                <w:tcPr>
                  <w:tcW w:type="dxa" w:w="215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397" w:line="520" w:lineRule="exact"/>
      </w:pPr>
      <w:r>
        <w:rPr>
          <w:rFonts w:ascii="Arial" w:hAnsi="Arial"/>
          <w:b/>
          <w:color w:val="20252B"/>
          <w:sz w:val="44"/>
        </w:rPr>
        <w:t>Zahlungserinnerung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227" w:type="dxa"/>
        <w:tblW w:w="9638" w:type="dxa"/>
      </w:tblPr>
      <w:tblGrid>
        <w:gridCol w:w="2778"/>
        <w:gridCol w:w="2211"/>
        <w:gridCol w:w="2098"/>
        <w:gridCol w:w="2551"/>
      </w:tblGrid>
      <w:tr>
        <w:trPr>
          <w:cantSplit/>
        </w:trPr>
        <w:tc>
          <w:tcPr>
            <w:tcW w:type="dxa" w:w="2778"/>
            <w:vAlign w:val="top"/>
            <w:tcMar>
              <w:top w:w="227" w:type="dxa"/>
              <w:left w:w="227" w:type="dxa"/>
              <w:bottom w:w="227" w:type="dxa"/>
              <w:right w:w="227" w:type="dxa"/>
            </w:tcMar>
            <w:shd w:fill="F2F4F6" w:val="clear"/>
          </w:tcPr>
          <w:p>
            <w:pPr>
              <w:widowControl/>
              <w:spacing w:after="142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Rechnung</w:t>
            </w:r>
          </w:p>
          <w:p>
            <w:pPr>
              <w:widowControl/>
              <w:spacing w:before="0" w:after="0" w:line="240" w:lineRule="exact"/>
              <w:jc w:val="left"/>
            </w:pPr>
            <w:r>
              <w:rPr>
                <w:rFonts w:ascii="Arial" w:hAnsi="Arial"/>
                <w:b/>
                <w:color w:val="20252B"/>
                <w:sz w:val="19"/>
              </w:rPr>
              <w:t>[Rechnungsnummer]</w:t>
            </w:r>
          </w:p>
        </w:tc>
        <w:tc>
          <w:tcPr>
            <w:tcW w:type="dxa" w:w="2211"/>
            <w:vAlign w:val="top"/>
            <w:tcMar>
              <w:top w:w="227" w:type="dxa"/>
              <w:left w:w="227" w:type="dxa"/>
              <w:bottom w:w="227" w:type="dxa"/>
              <w:right w:w="227" w:type="dxa"/>
            </w:tcMar>
            <w:shd w:fill="F2F4F6" w:val="clear"/>
          </w:tcPr>
          <w:p>
            <w:pPr>
              <w:widowControl/>
              <w:spacing w:after="142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Rechnungsdatum</w:t>
            </w:r>
          </w:p>
          <w:p>
            <w:pPr>
              <w:widowControl/>
              <w:spacing w:before="0" w:after="0" w:line="240" w:lineRule="exact"/>
              <w:jc w:val="lef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  <w:tc>
          <w:tcPr>
            <w:tcW w:type="dxa" w:w="2098"/>
            <w:vAlign w:val="top"/>
            <w:tcMar>
              <w:top w:w="227" w:type="dxa"/>
              <w:left w:w="227" w:type="dxa"/>
              <w:bottom w:w="227" w:type="dxa"/>
              <w:right w:w="227" w:type="dxa"/>
            </w:tcMar>
            <w:shd w:fill="F2F4F6" w:val="clear"/>
          </w:tcPr>
          <w:p>
            <w:pPr>
              <w:widowControl/>
              <w:spacing w:after="142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Fällig am</w:t>
            </w:r>
          </w:p>
          <w:p>
            <w:pPr>
              <w:widowControl/>
              <w:spacing w:before="0" w:after="0" w:line="240" w:lineRule="exact"/>
              <w:jc w:val="lef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  <w:tc>
          <w:tcPr>
            <w:tcW w:type="dxa" w:w="2551"/>
            <w:vAlign w:val="top"/>
            <w:tcMar>
              <w:top w:w="227" w:type="dxa"/>
              <w:left w:w="227" w:type="dxa"/>
              <w:bottom w:w="227" w:type="dxa"/>
              <w:right w:w="227" w:type="dxa"/>
            </w:tcMar>
            <w:shd w:fill="F2F4F6" w:val="clear"/>
          </w:tcPr>
          <w:p>
            <w:pPr>
              <w:widowControl/>
              <w:spacing w:after="142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Noch offen</w:t>
            </w:r>
          </w:p>
          <w:p>
            <w:pPr>
              <w:widowControl/>
              <w:spacing w:before="0" w:after="0" w:line="400" w:lineRule="exact"/>
              <w:jc w:val="right"/>
            </w:pPr>
            <w:r>
              <w:rPr>
                <w:rFonts w:ascii="Arial" w:hAnsi="Arial"/>
                <w:b/>
                <w:color w:val="20252B"/>
                <w:sz w:val="34"/>
              </w:rPr>
              <w:t>[Betrag] €</w:t>
            </w:r>
          </w:p>
        </w:tc>
      </w:tr>
    </w:tbl>
    <w:p>
      <w:pPr>
        <w:widowControl/>
        <w:spacing w:before="510" w:after="227" w:line="310" w:lineRule="exact"/>
      </w:pPr>
      <w:r>
        <w:rPr>
          <w:rFonts w:ascii="Arial" w:hAnsi="Arial"/>
          <w:b w:val="0"/>
          <w:color w:val="20252B"/>
          <w:sz w:val="21"/>
        </w:rPr>
        <w:t>[Anrede],</w:t>
      </w:r>
    </w:p>
    <w:p>
      <w:pPr>
        <w:widowControl/>
        <w:spacing w:before="0" w:after="227" w:line="310" w:lineRule="exact"/>
      </w:pPr>
      <w:r>
        <w:rPr>
          <w:rFonts w:ascii="Arial" w:hAnsi="Arial"/>
          <w:b w:val="0"/>
          <w:color w:val="20252B"/>
          <w:sz w:val="21"/>
        </w:rPr>
        <w:t>laut meinen Unterlagen ist die oben genannte Rechnung noch nicht vollständig bezahlt.</w:t>
      </w:r>
    </w:p>
    <w:p>
      <w:pPr>
        <w:widowControl/>
        <w:spacing w:before="0" w:after="227" w:line="310" w:lineRule="exact"/>
      </w:pPr>
      <w:r>
        <w:rPr>
          <w:rFonts w:ascii="Arial" w:hAnsi="Arial"/>
          <w:b w:val="0"/>
          <w:color w:val="20252B"/>
          <w:sz w:val="21"/>
        </w:rPr>
        <w:t>Bitte überweisen Sie den offenen Betrag auf das in der Rechnung angegebene Konto. Geben Sie dabei die Rechnungsnummer als Verwendungszweck an.</w:t>
      </w:r>
    </w:p>
    <w:p>
      <w:pPr>
        <w:widowControl/>
        <w:spacing w:before="0" w:after="0" w:line="310" w:lineRule="exact"/>
      </w:pPr>
      <w:r>
        <w:rPr>
          <w:rFonts w:ascii="Arial" w:hAnsi="Arial"/>
          <w:b w:val="0"/>
          <w:color w:val="20252B"/>
          <w:sz w:val="21"/>
        </w:rPr>
        <w:t>Falls Sie den offenen Betrag inzwischen bezahlt haben, betrachten Sie diese Nachricht bitte als gegenstandslos. Bei Fragen zur Rechnung melden Sie sich gern bei mir.</w:t>
      </w:r>
    </w:p>
    <w:p>
      <w:pPr>
        <w:widowControl/>
        <w:spacing w:before="397" w:after="227" w:line="310" w:lineRule="exact"/>
      </w:pPr>
      <w:r>
        <w:rPr>
          <w:rFonts w:ascii="Arial" w:hAnsi="Arial"/>
          <w:b w:val="0"/>
          <w:color w:val="20252B"/>
          <w:sz w:val="21"/>
        </w:rPr>
        <w:t>Vielen Dank und freundliche Grüße</w:t>
      </w:r>
    </w:p>
    <w:p>
      <w:pPr>
        <w:widowControl/>
        <w:spacing w:before="0" w:after="0" w:line="310" w:lineRule="exact"/>
      </w:pPr>
      <w:r>
        <w:rPr>
          <w:rFonts w:ascii="Arial" w:hAnsi="Arial"/>
          <w:b/>
          <w:color w:val="20252B"/>
          <w:sz w:val="21"/>
        </w:rPr>
        <w:t>[Dein Name]</w:t>
      </w:r>
    </w:p>
    <w:p>
      <w:pPr>
        <w:widowControl/>
        <w:spacing w:before="0" w:after="0" w:line="310" w:lineRule="exact"/>
      </w:pPr>
      <w:r>
        <w:rPr>
          <w:rFonts w:ascii="Arial" w:hAnsi="Arial"/>
          <w:b w:val="0"/>
          <w:color w:val="20252B"/>
          <w:sz w:val="21"/>
        </w:rPr>
        <w:t>[Dein Unternehmen]</w:t>
      </w:r>
    </w:p>
    <w:sectPr w:rsidR="00FC693F" w:rsidRPr="0006063C" w:rsidSect="00034616">
      <w:footerReference w:type="default" r:id="rId9"/>
      <w:pgSz w:w="11906" w:h="16838"/>
      <w:pgMar w:top="1134" w:right="1134" w:bottom="198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288"/>
      <w:gridCol w:w="3005"/>
      <w:gridCol w:w="3345"/>
    </w:tblGrid>
    <w:tr>
      <w:trPr>
        <w:cantSplit/>
      </w:trPr>
      <w:tc>
        <w:tcPr>
          <w:tcW w:type="dxa" w:w="3288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95" w:lineRule="exact"/>
          </w:pPr>
          <w:r>
            <w:rPr>
              <w:rFonts w:ascii="Arial" w:hAnsi="Arial"/>
              <w:b/>
              <w:color w:val="20252B"/>
              <w:sz w:val="15"/>
            </w:rPr>
            <w:t>Unternehmen</w:t>
          </w:r>
        </w:p>
        <w:p>
          <w:pPr>
            <w:widowControl/>
            <w:spacing w:before="0" w:after="0" w:line="195" w:lineRule="exact"/>
          </w:pPr>
          <w:r>
            <w:rPr>
              <w:rFonts w:ascii="Arial" w:hAnsi="Arial"/>
              <w:b w:val="0"/>
              <w:color w:val="505861"/>
              <w:sz w:val="15"/>
            </w:rPr>
            <w:t>[Dein Unternehmen]</w:t>
            <w:br/>
            <w:t>[Straße Hausnummer]</w:t>
            <w:br/>
            <w:t>[PLZ Ort]</w:t>
          </w:r>
        </w:p>
      </w:tc>
      <w:tc>
        <w:tcPr>
          <w:tcW w:type="dxa" w:w="300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95" w:lineRule="exact"/>
          </w:pPr>
          <w:r>
            <w:rPr>
              <w:rFonts w:ascii="Arial" w:hAnsi="Arial"/>
              <w:b/>
              <w:color w:val="20252B"/>
              <w:sz w:val="15"/>
            </w:rPr>
            <w:t>Kontakt</w:t>
          </w:r>
        </w:p>
        <w:p>
          <w:pPr>
            <w:widowControl/>
            <w:spacing w:before="0" w:after="0" w:line="195" w:lineRule="exact"/>
          </w:pPr>
          <w:r>
            <w:rPr>
              <w:rFonts w:ascii="Arial" w:hAnsi="Arial"/>
              <w:b w:val="0"/>
              <w:color w:val="505861"/>
              <w:sz w:val="15"/>
            </w:rPr>
            <w:t>[Dein Name]</w:t>
            <w:br/>
            <w:t>[Deine E-Mail-Adresse]</w:t>
          </w:r>
        </w:p>
      </w:tc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95" w:lineRule="exact"/>
          </w:pPr>
          <w:r>
            <w:rPr>
              <w:rFonts w:ascii="Arial" w:hAnsi="Arial"/>
              <w:b/>
              <w:color w:val="20252B"/>
              <w:sz w:val="15"/>
            </w:rPr>
            <w:t>Bankverbindung</w:t>
          </w:r>
        </w:p>
        <w:p>
          <w:pPr>
            <w:widowControl/>
            <w:spacing w:before="0" w:after="0" w:line="195" w:lineRule="exact"/>
          </w:pPr>
          <w:r>
            <w:rPr>
              <w:rFonts w:ascii="Arial" w:hAnsi="Arial"/>
              <w:b w:val="0"/>
              <w:color w:val="505861"/>
              <w:sz w:val="15"/>
            </w:rPr>
            <w:t>[Bankname]</w:t>
            <w:br/>
            <w:t>IBAN [Deine IBAN]</w:t>
          </w:r>
        </w:p>
      </w:tc>
    </w:tr>
  </w:tbl>
  <w:p>
    <w:pPr>
      <w:pStyle w:val="FooterPageNumber"/>
      <w:widowControl/>
      <w:spacing w:before="227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0" w:lineRule="exact"/>
    </w:pPr>
    <w:rPr>
      <w:rFonts w:ascii="Arial" w:hAnsi="Arial"/>
      <w:color w:val="20252B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Zahlungserinnerung - Vorlage</dc:title>
  <dc:subject>Geschäftsbrief mit bearbeitbaren Platzhaltern für eine freundliche Zahlungserinnerung.</dc:subject>
  <dc:creator>bimetrics</dc:creator>
  <cp:keywords/>
  <dc:description>generated by python-docx</dc:description>
  <cp:lastModifiedBy>bimetrics</cp:lastModifiedBy>
  <cp:revision>1</cp:revision>
  <dcterms:created xsi:type="dcterms:W3CDTF">2026-10-07T00:00:00Z</dcterms:created>
  <dcterms:modified xsi:type="dcterms:W3CDTF">2026-10-07T00:00:00Z</dcterms:modified>
  <cp:category/>
</cp:coreProperties>
</file>